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1920"/>
        <w:jc w:val="center"/>
      </w:pPr>
      <w:r>
        <w:rPr>
          <w:b/>
          <w:sz w:val="22"/>
        </w:rPr>
        <w:t>GENERAL ORGANISATION THEORY</w:t>
      </w:r>
    </w:p>
    <w:p>
      <w:pPr>
        <w:pStyle w:val="Title"/>
        <w:jc w:val="center"/>
      </w:pPr>
      <w:r>
        <w:t>Master Series Prelude</w:t>
      </w:r>
    </w:p>
    <w:p>
      <w:pPr>
        <w:pStyle w:val="Subtitle"/>
        <w:jc w:val="center"/>
      </w:pPr>
      <w:r>
        <w:t>Parts 1–3c</w:t>
      </w:r>
    </w:p>
    <w:p>
      <w:pPr>
        <w:spacing w:before="320"/>
        <w:jc w:val="center"/>
      </w:pPr>
      <w:r>
        <w:rPr>
          <w:i/>
          <w:sz w:val="20"/>
        </w:rPr>
        <w:t>Compilation of the supplied reader introductions</w:t>
      </w:r>
    </w:p>
    <w:p/>
    <w:p>
      <w:pPr>
        <w:spacing w:after="60"/>
        <w:jc w:val="center"/>
      </w:pPr>
      <w:r>
        <w:rPr>
          <w:sz w:val="21"/>
        </w:rPr>
        <w:t>Part 1 — On the Origin of Life</w:t>
      </w:r>
    </w:p>
    <w:p>
      <w:pPr>
        <w:spacing w:after="60"/>
        <w:jc w:val="center"/>
      </w:pPr>
      <w:r>
        <w:rPr>
          <w:sz w:val="21"/>
        </w:rPr>
        <w:t>Part 2a — Informational Architecture</w:t>
      </w:r>
    </w:p>
    <w:p>
      <w:pPr>
        <w:spacing w:after="60"/>
        <w:jc w:val="center"/>
      </w:pPr>
      <w:r>
        <w:rPr>
          <w:sz w:val="21"/>
        </w:rPr>
        <w:t>Part 2b — Knowledge, Intelligence, and Observation</w:t>
      </w:r>
    </w:p>
    <w:p>
      <w:pPr>
        <w:spacing w:after="60"/>
        <w:jc w:val="center"/>
      </w:pPr>
      <w:r>
        <w:rPr>
          <w:sz w:val="21"/>
        </w:rPr>
        <w:t>Part 3a — Horizon and Unknown Discipline</w:t>
      </w:r>
    </w:p>
    <w:p>
      <w:pPr>
        <w:spacing w:after="60"/>
        <w:jc w:val="center"/>
      </w:pPr>
      <w:r>
        <w:rPr>
          <w:sz w:val="21"/>
        </w:rPr>
        <w:t>Part 3b — Power, Responsibility, and Trust</w:t>
      </w:r>
    </w:p>
    <w:p>
      <w:pPr>
        <w:spacing w:after="60"/>
        <w:jc w:val="center"/>
      </w:pPr>
      <w:r>
        <w:rPr>
          <w:sz w:val="21"/>
        </w:rPr>
        <w:t>Part 3c — The Epistemic Method</w:t>
      </w:r>
    </w:p>
    <w:p>
      <w:pPr>
        <w:spacing w:before="360"/>
        <w:jc w:val="center"/>
      </w:pPr>
      <w:r>
        <w:rPr>
          <w:i/>
          <w:sz w:val="18"/>
        </w:rPr>
        <w:t>Non-canonical compilation. Individual Prelude texts, status labels, canonical source notes, and technical authorities are preserved from the supplied source documents.</w:t>
      </w:r>
    </w:p>
    <w:p>
      <w:pPr>
        <w:sectPr>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17FBB516" w14:textId="77777777" w:rsidR="005C59FF" w:rsidRDefault="00000000">
      <w:pPr>
        <w:pStyle w:val="DocumentIdentifier"/>
      </w:pPr>
      <w:r>
        <w:t>GOT-V1-1-0</w:t>
      </w:r>
    </w:p>
    <w:p w14:paraId="2E5ED466" w14:textId="77777777" w:rsidR="005C59FF" w:rsidRDefault="00000000">
      <w:pPr>
        <w:pStyle w:val="Title"/>
      </w:pPr>
      <w:r>
        <w:t>0. Part 1: Prelude</w:t>
      </w:r>
    </w:p>
    <w:p w14:paraId="07072ADE" w14:textId="77777777" w:rsidR="005C59FF" w:rsidRDefault="00000000">
      <w:pPr>
        <w:pStyle w:val="Subtitle"/>
      </w:pPr>
      <w:r>
        <w:t>On the Origin of Life</w:t>
      </w:r>
    </w:p>
    <w:p w14:paraId="39044A02" w14:textId="77777777" w:rsidR="005C59FF" w:rsidRDefault="00000000">
      <w:pPr>
        <w:pStyle w:val="PreludeOrientation"/>
      </w:pPr>
      <w:r>
        <w:t>Reader introduction • Non-canonical. The Part 1 papers govern technical definitions, arguments and evidence.</w:t>
      </w:r>
    </w:p>
    <w:p w14:paraId="749813E0" w14:textId="77777777" w:rsidR="005C59FF" w:rsidRDefault="00000000">
      <w:pPr>
        <w:pStyle w:val="Heading1"/>
      </w:pPr>
      <w:r>
        <w:t>1. If This Were Possible</w:t>
      </w:r>
    </w:p>
    <w:p w14:paraId="093F80D3" w14:textId="77777777" w:rsidR="005C59FF" w:rsidRDefault="00000000">
      <w:pPr>
        <w:keepNext/>
      </w:pPr>
      <w:r>
        <w:rPr>
          <w:b/>
        </w:rPr>
        <w:t>What if some of the hardest problems in complex systems share a missing layer of causal explanation?</w:t>
      </w:r>
    </w:p>
    <w:p w14:paraId="643DC949" w14:textId="77777777" w:rsidR="005C59FF" w:rsidRDefault="00000000">
      <w:r>
        <w:t>Science has given us extraordinary accounts of matter, energy and the machinery of living things. Yet explaining how complex organisation produces emergent behaviour remains difficult. General Organisation Theory starts from a specific proposition: we can understand a system’s ingredients and still lack a clear account of how its organisation makes particular differences matter to what happens next.</w:t>
      </w:r>
    </w:p>
    <w:p w14:paraId="315FDCEC" w14:textId="77777777" w:rsidR="005C59FF" w:rsidRDefault="00000000">
      <w:r>
        <w:t>Life is the central example. The line between complex chemistry and biology remains diffuse when we try to draw it from familiar traits alone. At what point does organised chemistry become a living system?</w:t>
      </w:r>
    </w:p>
    <w:p w14:paraId="45AB16B0" w14:textId="77777777" w:rsidR="005C59FF" w:rsidRDefault="00000000">
      <w:r>
        <w:t xml:space="preserve">Part 1 proposes </w:t>
      </w:r>
      <w:r>
        <w:rPr>
          <w:b/>
        </w:rPr>
        <w:t>Non-Trivial Computation (NTC)</w:t>
      </w:r>
      <w:r>
        <w:t xml:space="preserve"> as a candidate causal missing link. A physical system distinguishes between alternatives, and its organisation makes what happens next depend on that distinction. For life, that causal work must help maintain the organised system itself.</w:t>
      </w:r>
    </w:p>
    <w:p w14:paraId="4F922651" w14:textId="77777777" w:rsidR="005C59FF" w:rsidRDefault="00000000">
      <w:r>
        <w:t>If we can locate and test that relationship, we gain more than another definition of life. We gain an additional layer of causal attribution: a way to explain which distinctions make a difference, through what organisation, and with what measurable consequences.</w:t>
      </w:r>
    </w:p>
    <w:p w14:paraId="34D4DD19" w14:textId="77777777" w:rsidR="005C59FF" w:rsidRDefault="00000000">
      <w:pPr>
        <w:pStyle w:val="Heading1"/>
      </w:pPr>
      <w:r>
        <w:t>2. Why This Is Difficult</w:t>
      </w:r>
    </w:p>
    <w:p w14:paraId="6532E298" w14:textId="77777777" w:rsidR="005C59FF" w:rsidRDefault="00000000">
      <w:r>
        <w:t>The familiar attributes of life tell us what to look for: organisation, metabolism, response, growth, reproduction and adaptation. They do not, by themselves, tell us what connects those activities.</w:t>
      </w:r>
    </w:p>
    <w:p w14:paraId="6C2BCB3D" w14:textId="77777777" w:rsidR="005C59FF" w:rsidRDefault="00000000">
      <w:r>
        <w:t>A flame consumes fuel. A crystal grows. A dormant seed may show little activity. Such cases make any single visible property a poor place to draw the line.</w:t>
      </w:r>
    </w:p>
    <w:p w14:paraId="6720E42F" w14:textId="77777777" w:rsidR="005C59FF" w:rsidRDefault="00000000">
      <w:r>
        <w:t>The difficulty is not that biology has overlooked regulation or information processing. Explaining particular mechanisms and establishing a common, testable boundary between chemistry and life are different tasks. Calling everything “computation” would not help either. The framework has to identify a causal dependence that belongs to the physical system—not just a description we can attach to it.</w:t>
      </w:r>
    </w:p>
    <w:p w14:paraId="73DED72E" w14:textId="77777777" w:rsidR="005C59FF" w:rsidRDefault="00000000">
      <w:pPr>
        <w:pStyle w:val="Heading1"/>
        <w:pageBreakBefore/>
        <w:spacing w:before="0"/>
      </w:pPr>
      <w:r>
        <w:lastRenderedPageBreak/>
        <w:t>3. What We Propose</w:t>
      </w:r>
    </w:p>
    <w:p w14:paraId="46F2066F" w14:textId="77777777" w:rsidR="005C59FF" w:rsidRDefault="00000000">
      <w:r>
        <w:t>Look beneath the familiar attributes and ask whether a common causal pattern is present. What difference is being distinguished? What organisation makes it consequential? What changes because of it?</w:t>
      </w:r>
    </w:p>
    <w:p w14:paraId="4DED9A94" w14:textId="77777777" w:rsidR="005C59FF" w:rsidRDefault="00000000">
      <w:r>
        <w:t>The comparison below looks for that relation inside familiar biological processes. It is a map of where to investigate, not a table of experimental results.</w:t>
      </w:r>
    </w:p>
    <w:tbl>
      <w:tblPr>
        <w:tblW w:w="9360" w:type="dxa"/>
        <w:jc w:val="cente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2952"/>
        <w:gridCol w:w="6408"/>
      </w:tblGrid>
      <w:tr w:rsidR="005C59FF" w14:paraId="135F3440" w14:textId="77777777">
        <w:trPr>
          <w:cantSplit/>
          <w:tblHeader/>
          <w:jc w:val="center"/>
        </w:trPr>
        <w:tc>
          <w:tcPr>
            <w:tcW w:w="2952" w:type="dxa"/>
            <w:tcBorders>
              <w:top w:val="single" w:sz="4" w:space="0" w:color="7F7F7F"/>
              <w:left w:val="single" w:sz="4" w:space="0" w:color="7F7F7F"/>
              <w:bottom w:val="single" w:sz="4" w:space="0" w:color="7F7F7F"/>
              <w:right w:val="single" w:sz="4" w:space="0" w:color="7F7F7F"/>
            </w:tcBorders>
            <w:shd w:val="clear" w:color="auto" w:fill="D9EAF7"/>
            <w:tcMar>
              <w:top w:w="100" w:type="dxa"/>
              <w:left w:w="130" w:type="dxa"/>
              <w:bottom w:w="100" w:type="dxa"/>
              <w:right w:w="130" w:type="dxa"/>
            </w:tcMar>
            <w:vAlign w:val="center"/>
          </w:tcPr>
          <w:p w14:paraId="2F4FF9D5" w14:textId="77777777" w:rsidR="005C59FF" w:rsidRDefault="00000000">
            <w:pPr>
              <w:pStyle w:val="PreludeComparison"/>
            </w:pPr>
            <w:r>
              <w:rPr>
                <w:b/>
              </w:rPr>
              <w:t>Familiar attribute</w:t>
            </w:r>
          </w:p>
        </w:tc>
        <w:tc>
          <w:tcPr>
            <w:tcW w:w="6408" w:type="dxa"/>
            <w:tcBorders>
              <w:top w:val="single" w:sz="4" w:space="0" w:color="7F7F7F"/>
              <w:left w:val="single" w:sz="4" w:space="0" w:color="7F7F7F"/>
              <w:bottom w:val="single" w:sz="4" w:space="0" w:color="7F7F7F"/>
              <w:right w:val="single" w:sz="4" w:space="0" w:color="7F7F7F"/>
            </w:tcBorders>
            <w:shd w:val="clear" w:color="auto" w:fill="D9EAF7"/>
            <w:tcMar>
              <w:top w:w="100" w:type="dxa"/>
              <w:left w:w="130" w:type="dxa"/>
              <w:bottom w:w="100" w:type="dxa"/>
              <w:right w:w="130" w:type="dxa"/>
            </w:tcMar>
            <w:vAlign w:val="center"/>
          </w:tcPr>
          <w:p w14:paraId="2A302098" w14:textId="77777777" w:rsidR="005C59FF" w:rsidRDefault="00000000">
            <w:pPr>
              <w:pStyle w:val="PreludeComparison"/>
            </w:pPr>
            <w:r>
              <w:rPr>
                <w:b/>
              </w:rPr>
              <w:t>Proposed causal connection</w:t>
            </w:r>
          </w:p>
        </w:tc>
      </w:tr>
      <w:tr w:rsidR="005C59FF" w14:paraId="4140A638"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4664243C" w14:textId="77777777" w:rsidR="005C59FF" w:rsidRDefault="00000000">
            <w:pPr>
              <w:pStyle w:val="PreludeComparison"/>
            </w:pPr>
            <w:r>
              <w:t>Order / cellular organisation</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0ACEF95A" w14:textId="77777777" w:rsidR="005C59FF" w:rsidRDefault="00000000">
            <w:pPr>
              <w:pStyle w:val="PreludeComparison"/>
            </w:pPr>
            <w:r>
              <w:t>Biochemical distinctions guide the construction and maintenance of cellular structure.</w:t>
            </w:r>
          </w:p>
        </w:tc>
      </w:tr>
      <w:tr w:rsidR="005C59FF" w14:paraId="7EEB384B"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683598D8" w14:textId="77777777" w:rsidR="005C59FF" w:rsidRDefault="00000000">
            <w:pPr>
              <w:pStyle w:val="PreludeComparison"/>
            </w:pPr>
            <w:r>
              <w:t>Sensitivity / response</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6B3582E3" w14:textId="77777777" w:rsidR="005C59FF" w:rsidRDefault="00000000">
            <w:pPr>
              <w:pStyle w:val="PreludeComparison"/>
            </w:pPr>
            <w:r>
              <w:t>Environmental distinctions lead to different responses through an organised pathway.</w:t>
            </w:r>
          </w:p>
        </w:tc>
      </w:tr>
      <w:tr w:rsidR="005C59FF" w14:paraId="08E51F5C"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20DBA2F0" w14:textId="77777777" w:rsidR="005C59FF" w:rsidRDefault="00000000">
            <w:pPr>
              <w:pStyle w:val="PreludeComparison"/>
            </w:pPr>
            <w:r>
              <w:t>Reproduction</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2506973F" w14:textId="77777777" w:rsidR="005C59FF" w:rsidRDefault="00000000">
            <w:pPr>
              <w:pStyle w:val="PreludeComparison"/>
            </w:pPr>
            <w:r>
              <w:t>Hereditary distinctions guide copying and offspring construction.</w:t>
            </w:r>
          </w:p>
        </w:tc>
      </w:tr>
      <w:tr w:rsidR="005C59FF" w14:paraId="4017A700"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58F0CD3C" w14:textId="77777777" w:rsidR="005C59FF" w:rsidRDefault="00000000">
            <w:pPr>
              <w:pStyle w:val="PreludeComparison"/>
            </w:pPr>
            <w:r>
              <w:t>Adaptation</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28FE5535" w14:textId="52D8B9E6" w:rsidR="005C59FF" w:rsidRDefault="00000000">
            <w:pPr>
              <w:pStyle w:val="PreludeComparison"/>
            </w:pPr>
            <w:r>
              <w:t xml:space="preserve">Conditional: distinction-dependent processes </w:t>
            </w:r>
            <w:r w:rsidR="001C5DC4">
              <w:t>causally effect downstream system states</w:t>
            </w:r>
            <w:r>
              <w:t>.</w:t>
            </w:r>
          </w:p>
        </w:tc>
      </w:tr>
      <w:tr w:rsidR="005C59FF" w14:paraId="2C990A48"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666E6F2F" w14:textId="77777777" w:rsidR="005C59FF" w:rsidRDefault="00000000">
            <w:pPr>
              <w:pStyle w:val="PreludeComparison"/>
            </w:pPr>
            <w:r>
              <w:t>Growth and development</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35AC4327" w14:textId="77777777" w:rsidR="005C59FF" w:rsidRDefault="00000000">
            <w:pPr>
              <w:pStyle w:val="PreludeComparison"/>
            </w:pPr>
            <w:r>
              <w:t>Inherited and local distinctions shape what is built, where and when.</w:t>
            </w:r>
          </w:p>
        </w:tc>
      </w:tr>
      <w:tr w:rsidR="005C59FF" w14:paraId="00EB4C17"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062C4134" w14:textId="77777777" w:rsidR="005C59FF" w:rsidRDefault="00000000">
            <w:pPr>
              <w:pStyle w:val="PreludeComparison"/>
            </w:pPr>
            <w:r>
              <w:t>Regulation / homeostasis</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6ACE2195" w14:textId="77777777" w:rsidR="005C59FF" w:rsidRDefault="00000000">
            <w:pPr>
              <w:pStyle w:val="PreludeComparison"/>
            </w:pPr>
            <w:r>
              <w:t>Internal differences alter regulatory responses that help preserve operating conditions.</w:t>
            </w:r>
          </w:p>
        </w:tc>
      </w:tr>
      <w:tr w:rsidR="005C59FF" w14:paraId="3EC7C16C"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5DD2C4AD" w14:textId="77777777" w:rsidR="005C59FF" w:rsidRDefault="00000000">
            <w:pPr>
              <w:pStyle w:val="PreludeComparison"/>
            </w:pPr>
            <w:r>
              <w:t>Energy processing / metabolism</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79D01522" w14:textId="77777777" w:rsidR="005C59FF" w:rsidRDefault="00000000">
            <w:pPr>
              <w:pStyle w:val="PreludeComparison"/>
            </w:pPr>
            <w:r>
              <w:t>Molecular and energy-state differences alter how metabolic pathways operate. Energy conversion alone is not enough.</w:t>
            </w:r>
          </w:p>
        </w:tc>
      </w:tr>
      <w:tr w:rsidR="005C59FF" w14:paraId="0B61B0AB" w14:textId="77777777">
        <w:trPr>
          <w:cantSplit/>
          <w:jc w:val="center"/>
        </w:trPr>
        <w:tc>
          <w:tcPr>
            <w:tcW w:w="2952"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105420AF" w14:textId="77777777" w:rsidR="005C59FF" w:rsidRDefault="00000000">
            <w:pPr>
              <w:pStyle w:val="PreludeComparison"/>
            </w:pPr>
            <w:r>
              <w:t>Evolution</w:t>
            </w:r>
          </w:p>
        </w:tc>
        <w:tc>
          <w:tcPr>
            <w:tcW w:w="6408" w:type="dxa"/>
            <w:tcBorders>
              <w:top w:val="single" w:sz="4" w:space="0" w:color="7F7F7F"/>
              <w:left w:val="single" w:sz="4" w:space="0" w:color="7F7F7F"/>
              <w:bottom w:val="single" w:sz="4" w:space="0" w:color="7F7F7F"/>
              <w:right w:val="single" w:sz="4" w:space="0" w:color="7F7F7F"/>
            </w:tcBorders>
            <w:tcMar>
              <w:top w:w="100" w:type="dxa"/>
              <w:left w:w="130" w:type="dxa"/>
              <w:bottom w:w="100" w:type="dxa"/>
              <w:right w:w="130" w:type="dxa"/>
            </w:tcMar>
            <w:vAlign w:val="center"/>
          </w:tcPr>
          <w:p w14:paraId="067681E4" w14:textId="77777777" w:rsidR="005C59FF" w:rsidRDefault="00000000">
            <w:pPr>
              <w:pStyle w:val="PreludeComparison"/>
            </w:pPr>
            <w:r>
              <w:t>Conditional: inheritance, expression and reproduction make distinctions consequential across generations.</w:t>
            </w:r>
          </w:p>
        </w:tc>
      </w:tr>
    </w:tbl>
    <w:p w14:paraId="3DC3435F" w14:textId="77777777" w:rsidR="005C59FF" w:rsidRDefault="005C59FF">
      <w:pPr>
        <w:pStyle w:val="GOTSupportSpacer"/>
      </w:pPr>
    </w:p>
    <w:p w14:paraId="1E605755" w14:textId="77777777" w:rsidR="005C59FF" w:rsidRDefault="00000000">
      <w:r>
        <w:t>The proposed connection is not simply that these processes use energy or contain information. It is that organised discrimination helps bring about their outcomes. The life claim is stronger still: that causal work helps maintain the organisation that carries it, sustained by an ongoing supply of energy or matter.</w:t>
      </w:r>
    </w:p>
    <w:p w14:paraId="710324FA" w14:textId="77777777" w:rsidR="005C59FF" w:rsidRDefault="00000000">
      <w:pPr>
        <w:pStyle w:val="Heading1"/>
        <w:pageBreakBefore/>
        <w:spacing w:before="0"/>
      </w:pPr>
      <w:r>
        <w:lastRenderedPageBreak/>
        <w:t>4. What Had to Be Built</w:t>
      </w:r>
    </w:p>
    <w:p w14:paraId="20AE8781" w14:textId="77777777" w:rsidR="005C59FF" w:rsidRDefault="00000000">
      <w:r>
        <w:t>To make this more than an interpretation, the papers require a controlled comparison.</w:t>
      </w:r>
    </w:p>
    <w:p w14:paraId="62911CEE" w14:textId="77777777" w:rsidR="005C59FF" w:rsidRDefault="00000000">
      <w:r>
        <w:t>Suppose a chemical system switches pathways when a resource becomes scarce. The switch might reflect direct chemical forcing, or it might depend on an organisation that distinguishes resource states. How would we tell?</w:t>
      </w:r>
    </w:p>
    <w:p w14:paraId="740FB1B9" w14:textId="77777777" w:rsidR="005C59FF" w:rsidRDefault="00000000">
      <w:r>
        <w:t>Vary the relevant distinction and measure the response. Then alter the proposed mediating pathway while preserving the relevant components, energy supply and surrounding conditions as far as possible. Does the dependence change as predicted? For a life claim, does disrupting that pathway also impair the system’s ability to maintain its organisation over a stated period?</w:t>
      </w:r>
    </w:p>
    <w:p w14:paraId="1921E931" w14:textId="77777777" w:rsidR="005C59FF" w:rsidRDefault="00000000">
      <w:r>
        <w:t xml:space="preserve">The framework calls this family of comparisons </w:t>
      </w:r>
      <w:r>
        <w:rPr>
          <w:b/>
        </w:rPr>
        <w:t>Baseline Dynamics</w:t>
      </w:r>
      <w:r>
        <w:t xml:space="preserve">. The organisation through which the distinction does its work is the </w:t>
      </w:r>
      <w:r>
        <w:rPr>
          <w:b/>
        </w:rPr>
        <w:t>Information Processing Locus (IPL)</w:t>
      </w:r>
      <w:r>
        <w:t>. One specifies the comparison; the other identifies what must be tested. Comparisons may be experimental, modelled or inferential, but their evidential limits must remain explicit.</w:t>
      </w:r>
    </w:p>
    <w:p w14:paraId="44FBAE54" w14:textId="77777777" w:rsidR="005C59FF" w:rsidRDefault="00000000">
      <w:r>
        <w:t>General damage is not enough: a broken system tells us little unless we can isolate why it failed. The papers therefore specify the boundary, scale, timespan and noise conditions under which the comparison is meaningful. Their physical grounding adds no new force; the proposed causal layer remains within physics and chemistry.</w:t>
      </w:r>
    </w:p>
    <w:p w14:paraId="065BA8D5" w14:textId="77777777" w:rsidR="005C59FF" w:rsidRDefault="00000000">
      <w:pPr>
        <w:pStyle w:val="Heading1"/>
      </w:pPr>
      <w:r>
        <w:t>5. Why Three Papers</w:t>
      </w:r>
    </w:p>
    <w:p w14:paraId="05689E77" w14:textId="77777777" w:rsidR="005C59FF" w:rsidRDefault="00000000">
      <w:r>
        <w:rPr>
          <w:b/>
        </w:rPr>
        <w:t>On the Origin of Life</w:t>
      </w:r>
      <w:r>
        <w:t xml:space="preserve"> asks what physical relation earns the term life. It develops NTC, the physical grounding, the controlled comparison and the proposed maintenance-based threshold.</w:t>
      </w:r>
    </w:p>
    <w:p w14:paraId="1993FFB8" w14:textId="77777777" w:rsidR="005C59FF" w:rsidRDefault="00000000">
      <w:r>
        <w:rPr>
          <w:b/>
        </w:rPr>
        <w:t>The Identification of Life</w:t>
      </w:r>
      <w:r>
        <w:t xml:space="preserve"> asks what, exactly, carries that relation. A living process inside an object does not make the entire object the living unit. A dormant seed with its own capacity to resume also requires a different account from a viral particle whose retained organisation needs host completion.</w:t>
      </w:r>
    </w:p>
    <w:p w14:paraId="5DC5EA11" w14:textId="77777777" w:rsidR="005C59FF" w:rsidRDefault="00000000">
      <w:r>
        <w:rPr>
          <w:b/>
        </w:rPr>
        <w:t>The Life Attribution Procedure</w:t>
      </w:r>
      <w:r>
        <w:t xml:space="preserve"> turns those distinctions into a repeatable investigation. Its case studies illustrate the reasoning and identify where stronger evidence is needed. They are not final verdicts for every seed, virus or synthetic system.</w:t>
      </w:r>
    </w:p>
    <w:p w14:paraId="0CB17F2C" w14:textId="77777777" w:rsidR="005C59FF" w:rsidRDefault="00000000">
      <w:pPr>
        <w:pStyle w:val="Heading1"/>
      </w:pPr>
      <w:r>
        <w:t>6. What You Need to Grant – and What You Do Not</w:t>
      </w:r>
    </w:p>
    <w:p w14:paraId="10686B2B" w14:textId="77777777" w:rsidR="005C59FF" w:rsidRDefault="00000000">
      <w:r>
        <w:t>Only this much to begin: organisation may make a causal contribution that a list of components or traits does not capture.</w:t>
      </w:r>
    </w:p>
    <w:p w14:paraId="10E3FC3C" w14:textId="77777777" w:rsidR="005C59FF" w:rsidRDefault="00000000">
      <w:r>
        <w:t>You do not need to believe that cells are digital computers, that information exists apart from matter, or that life escapes chemistry. Nor must you accept the proposed threshold before examining it.</w:t>
      </w:r>
    </w:p>
    <w:p w14:paraId="15503256" w14:textId="77777777" w:rsidR="005C59FF" w:rsidRDefault="00000000">
      <w:r>
        <w:t>NTC can occur without life. The question is whether its role in maintaining an organised system supplies a useful discriminator—and whether observation supports that claim.</w:t>
      </w:r>
    </w:p>
    <w:p w14:paraId="40A7CAFC" w14:textId="77777777" w:rsidR="005C59FF" w:rsidRDefault="00000000">
      <w:pPr>
        <w:pStyle w:val="Heading1"/>
        <w:pageBreakBefore/>
        <w:spacing w:before="0"/>
      </w:pPr>
      <w:r>
        <w:lastRenderedPageBreak/>
        <w:t>7. Where to Attack It</w:t>
      </w:r>
    </w:p>
    <w:p w14:paraId="0022F2CD" w14:textId="77777777" w:rsidR="005C59FF" w:rsidRDefault="00000000">
      <w:r>
        <w:t>First, the causal test. Does changing the proposed mechanism isolate the distinction’s contribution, or simply damage the system? If the claimed dependence survives an adequate disruption unchanged, that attribution needs revision.</w:t>
      </w:r>
    </w:p>
    <w:p w14:paraId="57C9605D" w14:textId="77777777" w:rsidR="005C59FF" w:rsidRDefault="00000000">
      <w:r>
        <w:t>Second, the life threshold. Does the maintenance relation distinguish life from persuasive non-living cases? A framework that can label anything alive by adjusting its boundaries has not explained the boundary.</w:t>
      </w:r>
    </w:p>
    <w:p w14:paraId="6382AAF9" w14:textId="77777777" w:rsidR="005C59FF" w:rsidRDefault="00000000">
      <w:r>
        <w:t>Third, explanatory value. Does NTC help identify a dependency, design an informative comparison or resolve a genuine attribution problem? Or does it only rename what was already described?</w:t>
      </w:r>
    </w:p>
    <w:p w14:paraId="26E5FCDB" w14:textId="77777777" w:rsidR="005C59FF" w:rsidRDefault="00000000">
      <w:r>
        <w:t>Where evidence is incomplete, the procedure must state the missing condition and what observation would change the conclusion. Uncertainty should direct the next investigation, not protect the preferred answer.</w:t>
      </w:r>
    </w:p>
    <w:p w14:paraId="602234B3" w14:textId="77777777" w:rsidR="005C59FF" w:rsidRDefault="00000000">
      <w:pPr>
        <w:pStyle w:val="Heading1"/>
      </w:pPr>
      <w:r>
        <w:t>8. If the Architecture Holds</w:t>
      </w:r>
    </w:p>
    <w:p w14:paraId="1B4C9A63" w14:textId="77777777" w:rsidR="005C59FF" w:rsidRDefault="00000000">
      <w:r>
        <w:t>If the framework holds, we would gain a clearer account of the chemistry-to-life transition: not a new ingredient, but a testable change in what organisation does. Distinctions would help explain how a driven system maintains the conditions of its own continued existence.</w:t>
      </w:r>
    </w:p>
    <w:p w14:paraId="64CB75E5" w14:textId="77777777" w:rsidR="005C59FF" w:rsidRDefault="00000000">
      <w:r>
        <w:t>The gain would be an additional layer of causal attribution. Instead of stopping at “this system grows, responds or adapts”, we could follow the distinctions and mechanisms through which that outcome becomes possible—and test what happens without their contribution.</w:t>
      </w:r>
    </w:p>
    <w:p w14:paraId="6C76B94A" w14:textId="77777777" w:rsidR="005C59FF" w:rsidRDefault="00000000">
      <w:r>
        <w:t>The wider possibility reaches beyond life. This kind of causal organisation may already be present below the life threshold and continue through increasingly complex biological organisation into our most complex social systems. That broader reach is not established by these papers. Life is the first major test of the proposition.</w:t>
      </w:r>
    </w:p>
    <w:p w14:paraId="21AF49B1" w14:textId="77777777" w:rsidR="005C59FF" w:rsidRDefault="00000000">
      <w:r>
        <w:t>If confirmed against observation, that added clarity would advance our understanding by connecting explanations across scales and making unresolved causal dependencies easier to investigate. The ambition is not to replace what science already explains, but to make the causal work of organisation more explicit.</w:t>
      </w:r>
    </w:p>
    <w:p w14:paraId="5CAABDE0" w14:textId="77777777" w:rsidR="005C59FF" w:rsidRDefault="00000000">
      <w:r>
        <w:t>The papers that follow set out the proposed bridge: what makes distinctions consequential, when that work becomes life-maintaining, and how we can tell where the relation belongs.</w:t>
      </w:r>
    </w:p>
    <w:p w14:paraId="1D432B85" w14:textId="77777777" w:rsidR="005C59FF" w:rsidRDefault="00000000">
      <w:pPr>
        <w:pStyle w:val="SourceNoteHeading"/>
      </w:pPr>
      <w:r>
        <w:t>Canonical source note</w:t>
      </w:r>
    </w:p>
    <w:p w14:paraId="34E94B6F" w14:textId="77777777" w:rsidR="005C59FF" w:rsidRDefault="00000000">
      <w:r>
        <w:t>Derived from the supplied Part 1 papers: GOT-V1-1-1, On the Origin of Life (FD16); GOT-V1-1-2, The Identification of Life (v18); and GOT-V1-1-3, The Life Attribution Procedure (v15). These papers remain the technical authorities.</w:t>
      </w:r>
    </w:p>
    <w:p w14:paraId="74FFAB0D" w14:textId="77777777" w:rsidR="005C59FF" w:rsidRDefault="00000000">
      <w:r>
        <w:t>The table adapts the exploratory Life Attribution comparison. The eight-stage structure follows GOT-SD-PRELUDE-01, Issue 1. Support materials remain secondary controls; this reader introduction does not redefine the framework or establish empirical validation.</w:t>
      </w:r>
    </w:p>
    <w:p>
      <w:pPr>
        <w:sectPr>
          <w:headerReference w:type="default" r:id="rId16"/>
          <w:footerReference w:type="default" r:id="rId17"/>
          <w:pgSz w:w="12240" w:h="15840"/>
          <w:pgMar w:top="1440" w:right="1440" w:bottom="1440" w:left="1440" w:header="720" w:footer="720" w:gutter="0"/>
          <w:cols w:space="720"/>
          <w:docGrid w:linePitch="360"/>
          <w:pgNumType w:start="1"/>
        </w:sectPr>
      </w:pPr>
    </w:p>
    <w:p w:rsidR="005C59FF" w:rsidRDefault="00000000">
      <w:pPr>
        <w:pStyle w:val="DocumentIdentifier"/>
      </w:pPr>
      <w:r>
        <w:t xml:space="preserve">GOT-V1-2a-0</w:t>
      </w:r>
    </w:p>
    <w:p w:rsidR="005C59FF" w:rsidRDefault="00000000">
      <w:pPr>
        <w:pStyle w:val="Title"/>
      </w:pPr>
      <w:r>
        <w:t xml:space="preserve">0. Part 2a: Prelude</w:t>
      </w:r>
    </w:p>
    <w:p w:rsidR="005C59FF" w:rsidRDefault="00000000">
      <w:pPr>
        <w:pStyle w:val="Subtitle"/>
      </w:pPr>
      <w:r>
        <w:t xml:space="preserve">Informational Architecture</w:t>
      </w:r>
    </w:p>
    <w:p w:rsidR="005C59FF" w:rsidRDefault="00000000">
      <w:pPr>
        <w:pStyle w:val="PreludeOrientation"/>
      </w:pPr>
      <w:r>
        <w:t xml:space="preserve">Reader introduction • Non-canonical. The Part 2a papers govern technical definitions, arguments and evidence.</w:t>
      </w:r>
    </w:p>
    <w:p w:rsidR="005C59FF" w:rsidRDefault="00000000">
      <w:pPr>
        <w:pStyle w:val="Heading1"/>
      </w:pPr>
      <w:r>
        <w:t xml:space="preserve">1. If This Were Possible</w:t>
      </w:r>
    </w:p>
    <w:p w:rsidR="005C59FF" w:rsidRDefault="00000000">
      <w:pPr>
        <w:keepNext/>
      </w:pPr>
      <w:r>
        <w:rPr>
          <w:b/>
        </w:rPr>
        <w:t xml:space="preserve">What if we could ground our worldview in an auditable account of how reality becomes available to us?</w:t>
      </w:r>
    </w:p>
    <w:p w:rsidR="005C59FF" w:rsidRDefault="00000000">
      <w:r>
        <w:t xml:space="preserve">Humans have a problem with reality. We live within it, depend upon it, and have developed extraordinarily powerful ways of investigating it. Yet our access is always selective. We encounter the world through bodies and instruments, using distinctions shaped by earlier encounters.</w:t>
      </w:r>
    </w:p>
    <w:p w:rsidR="005C59FF" w:rsidRDefault="00000000">
      <w:r>
        <w:t xml:space="preserve">At the frontiers of inquiry, even the nature of what exists can remain under question. Within familiar territory, our most successful accounts still have limits: what they capture, where they apply and what remains beyond their reach.</w:t>
      </w:r>
    </w:p>
    <w:p w:rsidR="005C59FF" w:rsidRDefault="00000000">
      <w:r>
        <w:t xml:space="preserve">General Organisation Theory proposes that tracing the physical relations behind our observations can make those limits more explicit. Part 2a develops the architecture through which physical differences become available, registered and retained. It then asks what kind of realism follows from taking that architecture seriously.</w:t>
      </w:r>
    </w:p>
    <w:p w:rsidR="005C59FF" w:rsidRDefault="00000000">
      <w:r>
        <w:t xml:space="preserve">If this account survives scrutiny, it could give different claims about reality a common empirical grounding: an inspectable and testable pathway connecting what we claim to the world that can support or correct it.</w:t>
      </w:r>
    </w:p>
    <w:p w:rsidR="005C59FF" w:rsidRDefault="00000000">
      <w:pPr>
        <w:pStyle w:val="Heading1"/>
      </w:pPr>
      <w:r>
        <w:t xml:space="preserve">2. Why This Is Difficult</w:t>
      </w:r>
    </w:p>
    <w:p w:rsidR="005C59FF" w:rsidRDefault="00000000">
      <w:r>
        <w:t xml:space="preserve">A photograph may preserve a real relation to an event while leaving most of that event unrecorded. Its clarity does not tell us what happened outside the frame. A precise measurement likewise tells us something under particular conditions; precision alone does not establish the reach of the conclusion we draw.</w:t>
      </w:r>
    </w:p>
    <w:p w:rsidR="005C59FF" w:rsidRDefault="00000000">
      <w:r>
        <w:t xml:space="preserve">The difficulty grows when a useful account becomes an unquestioned worldview. Its categories can begin to seem exhaustive. What it cannot register may be mistaken for something reality does not contain.</w:t>
      </w:r>
    </w:p>
    <w:p w:rsidR="005C59FF" w:rsidRDefault="00000000">
      <w:r>
        <w:t xml:space="preserve">Science already disciplines these risks through comparison and correction. The proposed task is to make their physical basis explicit: how the world constrains an observation, how the observer's organisation limits access, and where uncertainty enters the relation between them.</w:t>
      </w:r>
    </w:p>
    <w:p w:rsidR="005C59FF" w:rsidRDefault="00000000">
      <w:pPr>
        <w:pStyle w:val="Heading1"/>
        <w:pageBreakBefore/>
        <w:spacing w:before="0"/>
      </w:pPr>
      <w:r>
        <w:t xml:space="preserve">3. What We Propose</w:t>
      </w:r>
    </w:p>
    <w:p w:rsidR="005C59FF" w:rsidRDefault="00000000">
      <w:r>
        <w:t xml:space="preserve">Begin with the pathway supporting a claim. Every signal is already a physical abstraction of the causal events that produced and carried it. Its path preserves some differences while filtering, transforming or losing others. This selection occurs before anyone interprets it: what arrives carries a constrained relation to earlier events.</w:t>
      </w:r>
    </w:p>
    <w:p w:rsidR="005C59FF" w:rsidRDefault="00000000">
      <w:r>
        <w:t xml:space="preserve">Abstraction is therefore part of how finite observation is grounded. By preserving selected relations in a discriminable form, a signal can open a pathway into the history embedded in the observer's environment. That history constrains what the signal can support. The task is to establish which earlier differences still make a difference to what is available now.</w:t>
      </w:r>
    </w:p>
    <w:p w:rsidR="005C59FF" w:rsidRDefault="00000000">
      <w:r>
        <w:t xml:space="preserve">The receiving system must be able to encounter that contrast and class it into distinguishable alternatives. Registration selects an alternative into state; retention can preserve the resulting distinction for later access or use. Where a classed registration is retained, the abstraction has a physical instance: a present state through which selected relations to the past can become readable.</w:t>
      </w:r>
    </w:p>
    <w:p w:rsidR="005C59FF" w:rsidRDefault="00000000">
      <w:r>
        <w:t xml:space="preserve">The Relative Reference Point specifies the system, interface and conditions under which that distinction becomes available. These conditions are part of the claim's physical support. Something available to one observer need not be available to another.</w:t>
      </w:r>
    </w:p>
    <w:p w:rsidR="005C59FF" w:rsidRDefault="00000000">
      <w:r>
        <w:t xml:space="preserve">Reference-Indexed Realism is the proposed worldview built on this foundation. Reality constrains our accounts; our access shapes what those accounts can preserve. We can compare different claims by examining their targets, the relations supporting them and the conditions under which they fail.</w:t>
      </w:r>
    </w:p>
    <w:p w:rsidR="005C59FF" w:rsidRDefault="00000000">
      <w:r>
        <w:t xml:space="preserve">What remains omitted, untested or unresolved is the residual. Keeping it visible allows confidence to rest on demonstrated support while further inquiry addresses what the present account cannot settle.</w:t>
      </w:r>
    </w:p>
    <w:p w:rsidR="005C59FF" w:rsidRDefault="00000000">
      <w:pPr>
        <w:pStyle w:val="Heading1"/>
      </w:pPr>
      <w:r>
        <w:t xml:space="preserve">4. What Had to Be Built</w:t>
      </w:r>
    </w:p>
    <w:p w:rsidR="005C59FF" w:rsidRDefault="00000000">
      <w:r>
        <w:t xml:space="preserve">The architecture must make its claims testable and their physical support auditable. The final paper follows an ordinary example: a hot cup placed on a suitable table surface may leave a thermal footprint or a more persistent ring.</w:t>
      </w:r>
    </w:p>
    <w:p w:rsidR="005C59FF" w:rsidRDefault="00000000">
      <w:r>
        <w:t xml:space="preserve">Its geometry may preserve something about the earlier contact. To examine that claim, we would compare contact shapes under suitably matched surface, temperature, moisture, pressure and duration conditions. Does the resulting trace vary with the contact geometry? Does the distinction remain identifiable over the stated period and at the scale being examined? If different contacts produce indistinguishable traces, that result counts against the proposed attribution of preserved geometry.</w:t>
      </w:r>
    </w:p>
    <w:p w:rsidR="005C59FF" w:rsidRDefault="00000000">
      <w:r>
        <w:t xml:space="preserve">Persistence alone is insufficient. The account must identify which alternatives the material response distinguishes, how this contact selects a resulting state, and what relation that state retains. A later reader does not confer a physical registration already established at the surface.</w:t>
      </w:r>
    </w:p>
    <w:p w:rsidR="005C59FF" w:rsidRDefault="00000000">
      <w:pPr>
        <w:keepLines w:val="true"/>
      </w:pPr>
      <w:r>
        <w:t xml:space="preserve">The reader then establishes another relation. Inferring a cup from the trace depends on the available evidence and the organisation brought to interpreting it. Additional context must be identified as additional evidence. If kettle-brand differences leave no distinguishing contrast in the trace, brand cannot be recovered from the ring alone.</w:t>
      </w:r>
    </w:p>
    <w:p w:rsidR="005C59FF" w:rsidRDefault="00000000">
      <w:r>
        <w:t xml:space="preserve">An audit must expose the target distinction, physical pathway, test conditions, comparison and result, including failures. Another investigator should be able to examine how the evidence supports the claim. This remains a conditional worked example; its application requires those physical conditions to be demonstrated and it reports no experimental result.</w:t>
      </w:r>
    </w:p>
    <w:p w:rsidR="005C59FF" w:rsidRDefault="00000000">
      <w:pPr>
        <w:pStyle w:val="Heading1"/>
      </w:pPr>
      <w:r>
        <w:t xml:space="preserve">5. Why Four Papers</w:t>
      </w:r>
    </w:p>
    <w:p w:rsidR="005C59FF" w:rsidRDefault="00000000">
      <w:r>
        <w:rPr>
          <w:b/>
        </w:rPr>
        <w:t xml:space="preserve">Relative Reference Points</w:t>
      </w:r>
      <w:r>
        <w:t xml:space="preserve"> asks when a difference becomes operational information for a particular system. It establishes the access architecture and separates availability, classing, registration, retention and later use.</w:t>
      </w:r>
    </w:p>
    <w:p w:rsidR="005C59FF" w:rsidRDefault="00000000">
      <w:r>
        <w:rPr>
          <w:b/>
        </w:rPr>
        <w:t xml:space="preserve">From Noise Cometh Signal</w:t>
      </w:r>
      <w:r>
        <w:t xml:space="preserve"> asks how contrast can physically reach that architecture. It follows the selective abstraction already occurring through media, channels and noise, grounding availability in the relations preserved and the conditions that make discrimination possible.</w:t>
      </w:r>
    </w:p>
    <w:p w:rsidR="005C59FF" w:rsidRDefault="00000000">
      <w:r>
        <w:rPr>
          <w:b/>
        </w:rPr>
        <w:t xml:space="preserve">Reference-Indexed Realism</w:t>
      </w:r>
      <w:r>
        <w:t xml:space="preserve"> draws out the consequence for our claims about reality. It separates what we investigate from the finite model through which we investigate it, and makes unresolved remainder part of responsible closure.</w:t>
      </w:r>
    </w:p>
    <w:p w:rsidR="005C59FF" w:rsidRDefault="00000000">
      <w:r>
        <w:rPr>
          <w:b/>
        </w:rPr>
        <w:t xml:space="preserve">Relational Form</w:t>
      </w:r>
      <w:r>
        <w:t xml:space="preserve"> makes this account physical across retained states, histories and different carriers. It explains how prior organisation can change which further relations become reachable, then brings the architecture together in the everyday example of the cup and its trace.</w:t>
      </w:r>
    </w:p>
    <w:p w:rsidR="005C59FF" w:rsidRDefault="00000000">
      <w:pPr>
        <w:pStyle w:val="Heading1"/>
      </w:pPr>
      <w:r>
        <w:t xml:space="preserve">6. What You Need to Grant – and What You Do Not</w:t>
      </w:r>
    </w:p>
    <w:p w:rsidR="005C59FF" w:rsidRDefault="00000000">
      <w:r>
        <w:t xml:space="preserve">Only this much to begin: finite access can be investigated through the physical pathways and distinctions that support it. The proposed architecture remains open to examination.</w:t>
      </w:r>
    </w:p>
    <w:p w:rsidR="005C59FF" w:rsidRDefault="00000000">
      <w:r>
        <w:t xml:space="preserve">You need not accept that every perspective is equally adequate, that reality depends on human interpretation, or that a retained record guarantees truth. Consciousness is not required for the elementary physical relations described here.</w:t>
      </w:r>
    </w:p>
    <w:p w:rsidR="005C59FF" w:rsidRDefault="00000000">
      <w:r>
        <w:t xml:space="preserve">Information for a particular system also leaves other legitimate uses of information intact, including thermodynamic and Shannon accounts. Part 2b develops the further technical claims concerning knowledge, intelligence and observation.</w:t>
      </w:r>
    </w:p>
    <w:p w:rsidR="005C59FF" w:rsidRDefault="00000000">
      <w:pPr>
        <w:pStyle w:val="Heading1"/>
      </w:pPr>
      <w:r>
        <w:t xml:space="preserve">7. Where to Attack It</w:t>
      </w:r>
    </w:p>
    <w:p w:rsidR="005C59FF" w:rsidRDefault="00000000">
      <w:r>
        <w:t xml:space="preserve">First, the discriminator. Can the proposed classing and registration be identified from physical organisation and meaningful comparisons? If any persistent change can be labelled a retained distinction after the event, the architecture has failed to earn that attribution.</w:t>
      </w:r>
    </w:p>
    <w:p w:rsidR="005C59FF" w:rsidRDefault="00000000">
      <w:pPr>
        <w:keepLines w:val="true"/>
      </w:pPr>
      <w:r>
        <w:t xml:space="preserve">Second, the causal pathway. Does the claimed distinction survive the actual transformations, and what comparison would reveal its loss? If it is lost, the local claim must change. A persuasive interpretation cannot recover evidence absent from the path.</w:t>
      </w:r>
    </w:p>
    <w:p w:rsidR="005C59FF" w:rsidRDefault="00000000">
      <w:r>
        <w:t xml:space="preserve">Third, explanatory value. Does the framework help distinguish stronger from weaker accounts, locate a missing relation or identify an informative next comparison? If it merely renames what we already describe, its added value remains unearned.</w:t>
      </w:r>
    </w:p>
    <w:p w:rsidR="005C59FF" w:rsidRDefault="00000000">
      <w:r>
        <w:t xml:space="preserve">The architecture must accept correction under its own standards. Residual uncertainty should identify what would change the account; it must not expand indefinitely to protect a preferred conclusion.</w:t>
      </w:r>
    </w:p>
    <w:p w:rsidR="005C59FF" w:rsidRDefault="00000000">
      <w:pPr>
        <w:pStyle w:val="Heading1"/>
      </w:pPr>
      <w:r>
        <w:t xml:space="preserve">8. If the Architecture Holds</w:t>
      </w:r>
    </w:p>
    <w:p w:rsidR="005C59FF" w:rsidRDefault="00000000">
      <w:r>
        <w:t xml:space="preserve">Return to the ring on the table. Under the right conditions, a present state preserves something about an earlier contact. When we encounter it, our own history helps us form an account of what happened. That account remains answerable to the trace and to any further evidence we bring.</w:t>
      </w:r>
    </w:p>
    <w:p w:rsidR="005C59FF" w:rsidRDefault="00000000">
      <w:r>
        <w:t xml:space="preserve">A photograph, another person's record or an instrument may preserve a different relation and extend what we can establish. Retained distinctions can become part of the scaffolding through which further distinctions become reachable. Relations to the same target can spread across different carriers without any individual possessing them all.</w:t>
      </w:r>
    </w:p>
    <w:p w:rsidR="005C59FF" w:rsidRDefault="00000000">
      <w:r>
        <w:t xml:space="preserve">If the architecture holds, this could give our worldview a clearer account of how confidence is earned. We could ask what survives each pathway, what our abstractions omit, and what comparison might reduce the resulting uncertainty. Different perspectives would become answerable to a common discipline of physical relation and correction.</w:t>
      </w:r>
    </w:p>
    <w:p w:rsidR="005C59FF" w:rsidRDefault="00000000">
      <w:r>
        <w:t xml:space="preserve">Part 2a therefore proposes an empirical system for managing substrate-agnostic information processing. Its common architecture would let us specify, trace, test and audit how distinctions become available, registered, retained and used across biological, technical and computational systems. Each application must establish its material carriers and causal pathways, and demonstrate the operations attributed to them.</w:t>
      </w:r>
    </w:p>
    <w:p w:rsidR="005C59FF" w:rsidRDefault="00000000">
      <w:r>
        <w:t xml:space="preserve">The intended gain is a worldview we can put to work: using abstractions to follow the history available to us, testing what they preserve, and correcting our account where the world exceeds it.</w:t>
      </w:r>
    </w:p>
    <w:p w:rsidR="005C59FF" w:rsidRDefault="00000000">
      <w:pPr>
        <w:pStyle w:val="SourceNoteHeading"/>
      </w:pPr>
      <w:r>
        <w:t xml:space="preserve">Canonical source note</w:t>
      </w:r>
    </w:p>
    <w:p w:rsidR="005C59FF" w:rsidRDefault="00000000">
      <w:r>
        <w:t xml:space="preserve">Derived from GOT-V1-2a-1, Relative Reference Points; GOT-V1-2a-1a, From Noise Cometh Signal; GOT-V1-2a-1b, Reference-Indexed Realism; and GOT-V1-2a-1c, Relational Form. All four canonical sources are Issue 1. The hot-cup example follows Relational Form, section 6, with the illustrative limits in endnotes 16–19.</w:t>
      </w:r>
    </w:p>
    <w:p w:rsidR="005C59FF" w:rsidRDefault="00000000">
      <w:r>
        <w:t xml:space="preserve">The eight-stage structure follows GOT-SD-PRELUDE-01, Issue 2. The Part 1 Prelude supplies the editorial benchmark. The Part 2 concept map, glossary, guardrail register and bibliography, all Issue 1, remain secondary controls. This introduction does not redefine the architecture or establish empirical validation.</w:t>
      </w:r>
    </w:p>
    <w:p>
      <w:pPr>
        <w:sectPr>
          <w:headerReference w:type="default" r:id="rId18"/>
          <w:footerReference w:type="default" r:id="rId19"/>
          <w:pgSz w:w="12240" w:h="15840"/>
          <w:pgMar w:top="1440" w:right="1440" w:bottom="1440" w:left="1440" w:header="720" w:footer="720" w:gutter="0"/>
          <w:cols w:space="720"/>
          <w:docGrid w:linePitch="360"/>
          <w:pgNumType w:start="1"/>
        </w:sectPr>
      </w:pPr>
    </w:p>
    <w:p w:rsidR="005C59FF" w:rsidRDefault="00000000">
      <w:pPr>
        <w:pStyle w:val="DocumentIdentifier"/>
      </w:pPr>
      <w:r>
        <w:t xml:space="preserve">GOT-V1-2b-0</w:t>
      </w:r>
    </w:p>
    <w:p w:rsidR="005C59FF" w:rsidRDefault="00000000">
      <w:pPr>
        <w:pStyle w:val="Title"/>
      </w:pPr>
      <w:r>
        <w:t xml:space="preserve">0. Part 2b: Prelude</w:t>
      </w:r>
    </w:p>
    <w:p w:rsidR="005C59FF" w:rsidRDefault="00000000">
      <w:pPr>
        <w:pStyle w:val="Subtitle"/>
      </w:pPr>
      <w:r>
        <w:t xml:space="preserve">Knowledge, Intelligence, and Observation</w:t>
      </w:r>
    </w:p>
    <w:p w:rsidR="005C59FF" w:rsidRDefault="00000000">
      <w:pPr>
        <w:pStyle w:val="PreludeOrientation"/>
      </w:pPr>
      <w:r>
        <w:t xml:space="preserve">Reader introduction • Non-canonical. The Part 2b papers govern technical definitions, arguments and evidence.</w:t>
      </w:r>
    </w:p>
    <w:p w:rsidR="005C59FF" w:rsidRDefault="00000000">
      <w:pPr>
        <w:pStyle w:val="Heading1"/>
      </w:pPr>
      <w:r>
        <w:t xml:space="preserve">1. If This Were Possible</w:t>
      </w:r>
    </w:p>
    <w:p w:rsidR="005C59FF" w:rsidRDefault="00000000">
      <w:pPr>
        <w:keepNext/>
      </w:pPr>
      <w:r>
        <w:rPr>
          <w:b/>
        </w:rPr>
        <w:t xml:space="preserve">What if the words carrying the greatest weight in our decisions also carried an account of what grounds them?</w:t>
      </w:r>
    </w:p>
    <w:p w:rsidR="005C59FF" w:rsidRDefault="00000000">
      <w:r>
        <w:t xml:space="preserve">Knowledge, intelligence and observation are culturally load-bearing terms. They help determine whose account we accept, which capabilities we trust and what we treat as evidence. The words defined in this series carry such weight because other claims and decisions are built upon them.</w:t>
      </w:r>
    </w:p>
    <w:p w:rsidR="005C59FF" w:rsidRDefault="00000000">
      <w:r>
        <w:t xml:space="preserve">Yet a word can retain that authority after the relation supporting it becomes difficult to recover. This is the problem of the floating noun: we recognise the label, but cannot adequately account for what it names. When that noun bears weight, the weakness travels beyond language into the judgements and actions it supports.</w:t>
      </w:r>
    </w:p>
    <w:p w:rsidR="005C59FF" w:rsidRDefault="00000000">
      <w:r>
        <w:t xml:space="preserve">Part 2b asks whether three of these culturally overburdened terms can be given distinct, testable functions within a common empirical architecture.</w:t>
      </w:r>
    </w:p>
    <w:p w:rsidR="005C59FF" w:rsidRDefault="00000000">
      <w:pPr>
        <w:pStyle w:val="Heading1"/>
      </w:pPr>
      <w:r>
        <w:t xml:space="preserve">2. Why This Is Difficult</w:t>
      </w:r>
    </w:p>
    <w:p w:rsidR="005C59FF" w:rsidRDefault="00000000">
      <w:r>
        <w:t xml:space="preserve">The consequence is a mismatch between cultural authority and accounting potential. Calling a system intelligent may encourage reliance without identifying which distinction it applies. Calling a record knowledge may conceal whether it can be consulted or whether it is accurate. Calling a claim observed may leave its registration path unexamined. The noun can carry a conclusion while concealing the work needed to justify it.</w:t>
      </w:r>
    </w:p>
    <w:p w:rsidR="005C59FF" w:rsidRDefault="00000000">
      <w:r>
        <w:t xml:space="preserve">Language must compress. We cannot reconstruct every history whenever we speak. But where a term supports consequential reliance, we need a way back to the relation, its evidence and its limits. Otherwise, inherited ambiguity and error can pass into later claims without becoming visible.</w:t>
      </w:r>
    </w:p>
    <w:p w:rsidR="005C59FF" w:rsidRDefault="00000000">
      <w:r>
        <w:t xml:space="preserve">Different disciplines have earned richer, more specific uses of these words. A mutual language must make their underlying relations comparable while preserving those internal distinctions. Shared vocabulary alone cannot do this accounting.</w:t>
      </w:r>
    </w:p>
    <w:p w:rsidR="005C59FF" w:rsidRDefault="00000000">
      <w:pPr>
        <w:pStyle w:val="Heading1"/>
        <w:pageBreakBefore/>
        <w:spacing w:before="0"/>
      </w:pPr>
      <w:r>
        <w:t xml:space="preserve">3. What We Propose</w:t>
      </w:r>
    </w:p>
    <w:p w:rsidR="005C59FF" w:rsidRDefault="00000000">
      <w:r>
        <w:t xml:space="preserve">General Organisation Theory (GOT) and The Epistemic Method (TEM) provide a framework for grounding claims and accounting for their support. The approach connects a term to a physically realised relation: identify the distinction, locate where it does work, recover the relevant history and test the claimed dependence. Unresolved conditions remain visible for correction.</w:t>
      </w:r>
    </w:p>
    <w:p w:rsidR="005C59FF" w:rsidRDefault="00000000">
      <w:r>
        <w:t xml:space="preserve">Part 2b begins the demonstration with three culturally overburdened terms, giving each a delineating function. Knowledge concerns a registered distinction retained as an identifiable, available record. Intelligence concerns the application of a distinction through organisation that changes downstream trajectory selection. Observation concerns bounded registration of available differences into retained records through a particular interface and regime.</w:t>
      </w:r>
    </w:p>
    <w:p w:rsidR="005C59FF" w:rsidRDefault="00000000">
      <w:r>
        <w:t xml:space="preserve">Their non-trivial forms share one functional basis: Non-Trivial Computation, or NTC. The system’s organisation makes what happens next depend on a distinction. Retained knowledge doing work, intelligence in application and observation through an operative record are facets of that dependence, viewed through different functions and times. The facets can overlap; they are not compulsory sequential stages.</w:t>
      </w:r>
    </w:p>
    <w:p w:rsidR="005C59FF" w:rsidRDefault="00000000">
      <w:r>
        <w:t xml:space="preserve">These descriptions are substrate agnostic: the same relational requirements can be examined in different physical implementations. Attribution depends on empirical evidence and adequate tests of the relation. Its actual mechanism and limits must still be established in each case.</w:t>
      </w:r>
    </w:p>
    <w:p w:rsidR="005C59FF" w:rsidRDefault="00000000">
      <w:r>
        <w:t xml:space="preserve">Grounded in common computational primitives, the three terms become composable building blocks. A result retained in one pathway can become consequential in another. This gives later accounts of higher complexity a shared language whose connections can be audited, while disciplinary meanings retain their further requirements.</w:t>
      </w:r>
    </w:p>
    <w:p w:rsidR="005C59FF" w:rsidRDefault="00000000">
      <w:pPr>
        <w:pStyle w:val="Heading1"/>
      </w:pPr>
      <w:r>
        <w:t xml:space="preserve">4. What This Part Inherits</w:t>
      </w:r>
    </w:p>
    <w:p w:rsidR="005C59FF" w:rsidRDefault="00000000">
      <w:r>
        <w:t xml:space="preserve">Part 1 supplies the causal foundation: NTC and the discipline of identifying where a distinction does work, then testing whether the downstream outcome depends on it under comparable conditions. Part 2b inherits that test of causal contribution.</w:t>
      </w:r>
    </w:p>
    <w:p w:rsidR="005C59FF" w:rsidRDefault="00000000">
      <w:r>
        <w:t xml:space="preserve">Part 2a supplies the informational architecture. It traces how physical contrast becomes available through boundaries and interfaces, how abstraction makes selected differences registerable, and how retained records can preserve relations to earlier events for later use. It grounds these pathways in physical history while keeping the conditions and limits of finite access explicit.</w:t>
      </w:r>
    </w:p>
    <w:p w:rsidR="005C59FF" w:rsidRDefault="00000000">
      <w:r>
        <w:t xml:space="preserve">Part 2b inherits those primitives, pathways and empirical requirements. Its contribution is to delineate the functions named by knowledge, intelligence and observation, establishing what each attribution requires. The substrate-agnostic architecture gives these terms common ground; their distinct conditions make them useful building blocks for later accounts of more complex organisation.</w:t>
      </w:r>
    </w:p>
    <w:p w:rsidR="005C59FF" w:rsidRDefault="00000000">
      <w:pPr>
        <w:pStyle w:val="Heading1"/>
      </w:pPr>
      <w:r>
        <w:t xml:space="preserve">5. Why This Part Has Its Internal Sequence</w:t>
      </w:r>
    </w:p>
    <w:p w:rsidR="005C59FF" w:rsidRDefault="00000000">
      <w:r>
        <w:rPr>
          <w:b/>
        </w:rPr>
        <w:t xml:space="preserve">On the Origin of Knowledge</w:t>
      </w:r>
      <w:r>
        <w:t xml:space="preserve"> establishes retained distinction and separates record presence, grounded consultability and realised use. It makes historical availability precise without making every record true.</w:t>
      </w:r>
    </w:p>
    <w:p w:rsidR="005C59FF" w:rsidRDefault="00000000">
      <w:r>
        <w:rPr>
          <w:b/>
        </w:rPr>
        <w:t xml:space="preserve">On the Origin of Intelligence</w:t>
      </w:r>
      <w:r>
        <w:t xml:space="preserve"> turns to application. It separates the production of a distinction from its present use, showing how earlier work can be reused without being performed again.</w:t>
      </w:r>
    </w:p>
    <w:p w:rsidR="005C59FF" w:rsidRDefault="00000000">
      <w:r>
        <w:rPr>
          <w:b/>
        </w:rPr>
        <w:t xml:space="preserve">On the Origin of Observation</w:t>
      </w:r>
      <w:r>
        <w:t xml:space="preserve"> examines the bounded registration that produces records and the stronger conditions under which those records become operative for an observer.</w:t>
      </w:r>
    </w:p>
    <w:p w:rsidR="005C59FF" w:rsidRDefault="00000000">
      <w:r>
        <w:rPr>
          <w:b/>
        </w:rPr>
        <w:t xml:space="preserve">The Limits of Observation</w:t>
      </w:r>
      <w:r>
        <w:t xml:space="preserve"> asks what registration necessarily selects and omits. Abstraction makes finite observation possible; error arises when the compression fails to preserve a relation that matters.</w:t>
      </w:r>
    </w:p>
    <w:p w:rsidR="005C59FF" w:rsidRDefault="00000000">
      <w:r>
        <w:rPr>
          <w:b/>
        </w:rPr>
        <w:t xml:space="preserve">The Scale of Observation</w:t>
      </w:r>
      <w:r>
        <w:t xml:space="preserve"> examines whether a relation remains comparable at the scale claimed. A familiar label cannot by itself carry a finding from one scale or domain into another.</w:t>
      </w:r>
    </w:p>
    <w:p w:rsidR="005C59FF" w:rsidRDefault="00000000">
      <w:r>
        <w:rPr>
          <w:b/>
        </w:rPr>
        <w:t xml:space="preserve">The Operational Envelope of Observation</w:t>
      </w:r>
      <w:r>
        <w:t xml:space="preserve"> asks how reliably an established observation process works across its range, load and changing conditions. Together, the six papers move from grounded terms to the limits under which their use remains defensible.</w:t>
      </w:r>
    </w:p>
    <w:p w:rsidR="005C59FF" w:rsidRDefault="00000000">
      <w:pPr>
        <w:pStyle w:val="Heading1"/>
      </w:pPr>
      <w:r>
        <w:t xml:space="preserve">6. What You Need to Grant – and What You Do Not</w:t>
      </w:r>
    </w:p>
    <w:p w:rsidR="005C59FF" w:rsidRDefault="00000000">
      <w:r>
        <w:t xml:space="preserve">The invitation is to examine whether these operational relations can be identified and tested across different physical implementations. Substrate agnosticism puts the evidential burden on the realised relation in each system. It does not make every record active computation, every useful object intelligent, or every interaction observation. Immediate application can also occur without a durable prior record.</w:t>
      </w:r>
    </w:p>
    <w:p w:rsidR="005C59FF" w:rsidRDefault="00000000">
      <w:r>
        <w:t xml:space="preserve">Nor must a discipline surrender its richer meanings. The series’ minimal knowledge can include an erroneous retained record; a field that requires truth and justification still has those further requirements to establish. The common vocabulary offers a bridge between domains while leaving their internal distinctions intact. A shared foundation does not make their claims interchangeable.</w:t>
      </w:r>
    </w:p>
    <w:p w:rsidR="005C59FF" w:rsidRDefault="00000000">
      <w:pPr>
        <w:pStyle w:val="Heading1"/>
      </w:pPr>
      <w:r>
        <w:t xml:space="preserve">7. Where to Attack It</w:t>
      </w:r>
    </w:p>
    <w:p w:rsidR="005C59FF" w:rsidRDefault="00000000">
      <w:r>
        <w:t xml:space="preserve">Begin at a primitive scale. Consider a proposed molecular case: a chemical cue is claimed to produce a retained state that controls a later reaction pathway. Does the mechanism actually register two distinguishable cue alternatives, and do its resulting states remain identifiable over the claimed interval? If both alternatives leave indistinguishable states, or the states decay before the claimed use, the retained-distinction claim fails under those conditions.</w:t>
      </w:r>
    </w:p>
    <w:p w:rsidR="005C59FF" w:rsidRDefault="00000000">
      <w:r>
        <w:t xml:space="preserve">Then attack causal dependence. After removing the cue, vary or reset the retained state while preserving comparable driving, component inventory, boundary conditions and noise. Does later reaction selection track that state? If the same selection survives an adequate reset or bypass, the claimed NTC through that retained record weakens. Disabling the entire reaction system would establish no such isolation.</w:t>
      </w:r>
    </w:p>
    <w:p w:rsidR="005C59FF" w:rsidRDefault="00000000">
      <w:r>
        <w:t xml:space="preserve">Finally, attack the definitions themselves. Can the framework distinguish physical perturbation, retained registration and realised application without borrowing the analyst’s interpretation? If these conditions cannot be discriminated, or the claimed processing occurs only in the measuring apparatus, attributing it to the molecular system would leave the nouns ungrounded. These are proposed tests, not reported results.</w:t>
      </w:r>
    </w:p>
    <w:p w:rsidR="005C59FF" w:rsidRDefault="00000000">
      <w:pPr>
        <w:pStyle w:val="Heading1"/>
      </w:pPr>
      <w:r>
        <w:t xml:space="preserve">8. If the Architecture Holds</w:t>
      </w:r>
    </w:p>
    <w:p w:rsidR="005C59FF" w:rsidRDefault="00000000">
      <w:r>
        <w:t xml:space="preserve">If these relations withstand testing, the opportunity extends beyond three definitions. Other load-bearing terms whose grounding remains uncertain could be approached by recovering the distinctions, histories and dependencies they compress. Each extension would need its own evidence. The wider prospect is an empirical, substrate-agnostic framework through which claims about increasingly complex systems remain open to testing and correction.</w:t>
      </w:r>
    </w:p>
    <w:p w:rsidR="005C59FF" w:rsidRDefault="00000000">
      <w:r>
        <w:t xml:space="preserve">The stakes increase when language becomes a foundation for machine intelligence. Human language already carries inherited omissions, ambiguous categories and opportunities for error. Machine reuse can carry these limitations into further outputs and decisions. A term may become more consequential without its grounding becoming more secure.</w:t>
      </w:r>
    </w:p>
    <w:p w:rsidR="005C59FF" w:rsidRDefault="00000000">
      <w:r>
        <w:t xml:space="preserve">GOT/TEM proposes a way to make that grounding accountable: trace what the words commit us to, test whether the relevant relations hold, and preserve the uncertainty that remains. The papers that follow begin with knowledge, intelligence and observation because so much of our reasoning already depends on them. Their definitions are an opening demonstration of the work required wherever language carries such weight.</w:t>
      </w:r>
    </w:p>
    <w:p w:rsidR="005C59FF" w:rsidRDefault="00000000">
      <w:r>
        <w:t xml:space="preserve">If our language is not grounded, how can we expect machine intelligence based on language to be accurate?</w:t>
      </w:r>
    </w:p>
    <w:p w:rsidR="005C59FF" w:rsidRDefault="00000000">
      <w:pPr>
        <w:pStyle w:val="SourceNoteHeading"/>
      </w:pPr>
      <w:r>
        <w:t xml:space="preserve">Canonical source note</w:t>
      </w:r>
    </w:p>
    <w:p w:rsidR="005C59FF" w:rsidRDefault="00000000">
      <w:r>
        <w:t xml:space="preserve">Canonical basis: the six Part 2b Issue 1 papers—On the Origin of Knowledge (2), On the Origin of Intelligence (3), On the Origin of Observation (4), The Limits of Observation (4a), The Scale of Observation (4b), and The Operational Envelope of Observation (4c). Their definitions, qualifications and evidence govern this introduction.</w:t>
      </w:r>
    </w:p>
    <w:p w:rsidR="005C59FF" w:rsidRDefault="00000000">
      <w:r>
        <w:t xml:space="preserve">Prepared under GOT-SD-PRELUDE-01, Issue 2, with the Part 2 Issue 1 concept map, glossary, guardrail register and bibliography/relation register as secondary checks. The book supplies the load-bearing language, GOT/TEM accounting and human–machine framing; the issued Part 1 and Part 2a preludes supply the presentation precedent.</w:t>
      </w:r>
    </w:p>
    <w:p>
      <w:pPr>
        <w:sectPr>
          <w:headerReference w:type="default" r:id="rId20"/>
          <w:footerReference w:type="default" r:id="rId21"/>
          <w:pgSz w:w="12240" w:h="15840"/>
          <w:pgMar w:top="1440" w:right="1440" w:bottom="1440" w:left="1440" w:header="720" w:footer="720" w:gutter="0"/>
          <w:cols w:space="720"/>
          <w:docGrid w:linePitch="360"/>
          <w:pgNumType w:start="1"/>
        </w:sectPr>
      </w:pPr>
    </w:p>
    <w:p w:rsidR="005C59FF" w:rsidRDefault="00000000">
      <w:pPr>
        <w:pStyle w:val="DocumentIdentifier"/>
      </w:pPr>
      <w:r>
        <w:t xml:space="preserve">GOT-V1-3a-0</w:t>
      </w:r>
    </w:p>
    <w:p w:rsidR="005C59FF" w:rsidRDefault="00000000">
      <w:pPr>
        <w:pStyle w:val="Title"/>
      </w:pPr>
      <w:r>
        <w:t xml:space="preserve">0. Part 3a: Prelude</w:t>
      </w:r>
    </w:p>
    <w:p w:rsidR="005C59FF" w:rsidRDefault="00000000">
      <w:pPr>
        <w:pStyle w:val="Subtitle"/>
      </w:pPr>
      <w:r>
        <w:t xml:space="preserve">Horizon and Unknown Discipline</w:t>
      </w:r>
    </w:p>
    <w:p w:rsidR="005C59FF" w:rsidRDefault="00000000">
      <w:pPr>
        <w:pStyle w:val="PreludeOrientation"/>
      </w:pPr>
      <w:r>
        <w:t xml:space="preserve">Reader introduction • Non-canonical. The Part 3a papers govern technical definitions, arguments and evidence.</w:t>
      </w:r>
    </w:p>
    <w:p w:rsidR="005C59FF" w:rsidRDefault="00000000">
      <w:pPr>
        <w:pStyle w:val="Heading1"/>
      </w:pPr>
      <w:r>
        <w:t xml:space="preserve">1. If This Were Possible</w:t>
      </w:r>
    </w:p>
    <w:p w:rsidR="005C59FF" w:rsidRDefault="00000000">
      <w:pPr>
        <w:keepNext/>
      </w:pPr>
      <w:r>
        <w:rPr>
          <w:b/>
        </w:rPr>
        <w:t xml:space="preserve">What if we could act on our best available understanding without losing account of what remains unknown?</w:t>
      </w:r>
    </w:p>
    <w:p w:rsidR="005C59FF" w:rsidRDefault="00000000">
      <w:r>
        <w:t xml:space="preserve">We need answers in order to continue. We make decisions, accept explanations and rely on classifications before every relevant question has been settled. Much of this confidence is earned. Yet a conclusion adequate for one purpose can gradually become accepted certainty, while its supporting conditions and unresolved questions disappear.</w:t>
      </w:r>
    </w:p>
    <w:p w:rsidR="005C59FF" w:rsidRDefault="00000000">
      <w:r>
        <w:t xml:space="preserve">The earlier Parts grounded finite observation and the load-bearing terms through which we describe it. Part 3a asks what those grounds permit us to conclude, and how we proceed when they remain incomplete. Having a real observation does not settle every question we can ask of it.</w:t>
      </w:r>
    </w:p>
    <w:p w:rsidR="005C59FF" w:rsidRDefault="00000000">
      <w:r>
        <w:t xml:space="preserve">If we could make these limits explicit and keep them attached to subsequent decisions, we could preserve justified confidence while preventing a necessary working answer from acquiring authority it has not earned.</w:t>
      </w:r>
    </w:p>
    <w:p w:rsidR="005C59FF" w:rsidRDefault="00000000">
      <w:pPr>
        <w:pStyle w:val="Heading1"/>
      </w:pPr>
      <w:r>
        <w:t xml:space="preserve">2. Why This Is Difficult</w:t>
      </w:r>
    </w:p>
    <w:p w:rsidR="005C59FF" w:rsidRDefault="00000000">
      <w:r>
        <w:t xml:space="preserve">A usable answer lets us stop searching, coordinate with others and act. Reopening everything indefinitely would make ordinary life impossible. The difficulty is that the answer often travels more easily than the conditions under which it was accepted.</w:t>
      </w:r>
    </w:p>
    <w:p w:rsidR="005C59FF" w:rsidRDefault="00000000">
      <w:r>
        <w:t xml:space="preserve">A model adequate for prediction becomes treated as a complete explanation. A classification useful for screening becomes a final judgement. A decision made under uncertainty becomes remembered as something we knew. The record preserves the selected answer while alternatives, limitations and reasons for revision become harder to recover.</w:t>
      </w:r>
    </w:p>
    <w:p w:rsidR="005C59FF" w:rsidRDefault="00000000">
      <w:r>
        <w:t xml:space="preserve">Neither confidence nor doubt identifies the problem reliably. We can feel certain while a decisive condition remains unresolved, or remain hesitant despite strong evidence. The task is to account for what the available relation supports, for whom and for which purpose. That requires more than a general acknowledgement that uncertainty exists.</w:t>
      </w:r>
    </w:p>
    <w:p w:rsidR="005C59FF" w:rsidRDefault="00000000">
      <w:pPr>
        <w:pStyle w:val="Heading1"/>
        <w:pageBreakBefore/>
        <w:spacing w:before="0"/>
      </w:pPr>
      <w:r>
        <w:t xml:space="preserve">3. What We Propose</w:t>
      </w:r>
    </w:p>
    <w:p w:rsidR="005C59FF" w:rsidRDefault="00000000">
      <w:r>
        <w:t xml:space="preserve">General Organisation Theory and The Epistemic Method begin this next step by separating what becomes available from what it establishes. A signal may arrive without its source being identified. A measurement may be recorded without its cause being explained. A question may be expressible without the present method being able to settle it.</w:t>
      </w:r>
    </w:p>
    <w:p w:rsidR="005C59FF" w:rsidRDefault="00000000">
      <w:r>
        <w:t xml:space="preserve">A horizon names a boundary in that relation: what is available to this system under these conditions, and what prevents it from satisfying the particular demand being made. The demand matters. Enough support for prediction may leave explanation open; enough support for a limited action may leave identification unresolved.</w:t>
      </w:r>
    </w:p>
    <w:p w:rsidR="005C59FF" w:rsidRDefault="00000000">
      <w:r>
        <w:t xml:space="preserve">Where a conclusion is sufficiently supported for a stated purpose while relevant uncertainty remains, the papers call it a Soft Horizon. Its scope, comparison conditions, remaining uncertainty and conditions for revision must travel with it. This gives provisional conclusions a disciplined form.</w:t>
      </w:r>
    </w:p>
    <w:p w:rsidR="005C59FF" w:rsidRDefault="00000000">
      <w:r>
        <w:t xml:space="preserve">The unknown then becomes something we can distinguish and account for. Missing access calls for a different response from an unexplained observation or an incorrect classification. Where an attempted claim remains unclosed, its residual identifies the unmet condition, the stronger claim it blocks and the evidence that would change the position.</w:t>
      </w:r>
    </w:p>
    <w:p w:rsidR="005C59FF" w:rsidRDefault="00000000">
      <w:r>
        <w:t xml:space="preserve">We can compare the alternatives that remain admissible, exclude those that fail and carry the strongest current account as a Best Available Formulation. Its purpose and residual remain attached. Unresolved alternatives need not have equal support, and selecting the strongest does not make it final.</w:t>
      </w:r>
    </w:p>
    <w:p w:rsidR="005C59FF" w:rsidRDefault="00000000">
      <w:pPr>
        <w:pStyle w:val="Heading1"/>
      </w:pPr>
      <w:r>
        <w:t xml:space="preserve">4. What This Part Inherits</w:t>
      </w:r>
    </w:p>
    <w:p w:rsidR="005C59FF" w:rsidRDefault="00000000">
      <w:r>
        <w:t xml:space="preserve">Part 1 supplies the discipline of locating where an organised distinction changes what happens next and testing that dependence. Part 2a grounds the pathways through which physical differences become available, abstracted, registered and retained. Part 2b gives knowledge, intelligence and observation distinct functions within that architecture.</w:t>
      </w:r>
    </w:p>
    <w:p w:rsidR="005C59FF" w:rsidRDefault="00000000">
      <w:r>
        <w:t xml:space="preserve">Part 3a inherits those physical requirements and their empirical tests. Its additional task is to distinguish what a relation makes available from the strength of the conclusion or action built upon it. A retained record can do real causal work while failing to support the explanation assigned to it.</w:t>
      </w:r>
    </w:p>
    <w:p w:rsidR="005C59FF" w:rsidRDefault="00000000">
      <w:r>
        <w:t xml:space="preserve">The architecture remains substrate agnostic. The access and closure conditions can be examined in organisms, instruments, machines and coupled human systems, with the relevant pathway and limitations established in each case.</w:t>
      </w:r>
    </w:p>
    <w:p w:rsidR="005C59FF" w:rsidRDefault="00000000">
      <w:pPr>
        <w:pStyle w:val="Heading1"/>
        <w:pageBreakBefore/>
        <w:spacing w:before="0"/>
      </w:pPr>
      <w:r>
        <w:t xml:space="preserve">5. Why Two Papers</w:t>
      </w:r>
    </w:p>
    <w:p w:rsidR="005C59FF" w:rsidRDefault="00000000">
      <w:r>
        <w:rPr>
          <w:b/>
        </w:rPr>
        <w:t xml:space="preserve">The Gödel Horizon</w:t>
      </w:r>
      <w:r>
        <w:t xml:space="preserve"> establishes the boundaries between availability and closure. It explains why provisional conclusions are necessary, how they overreach, and how a system can make a relation available without being able to settle it. The Gödel Horizon itself requires the present abstraction regime to disclose a limit in its own resources for closure. The mathematical theorem supplies the formal exemplar; wider applications must establish their own conditions. An unanswered question alone does not meet that burden.</w:t>
      </w:r>
    </w:p>
    <w:p w:rsidR="005C59FF" w:rsidRDefault="00000000">
      <w:r>
        <w:rPr>
          <w:b/>
        </w:rPr>
        <w:t xml:space="preserve">The Discipline of the Unknown</w:t>
      </w:r>
      <w:r>
        <w:t xml:space="preserve"> asks how we continue once these boundaries are explicit. It distinguishes forms of unresolved relation, compares live alternatives and develops the Best Available Formulation with its remaining uncertainty preserved. It then separates the grounds for action from the grounds for a stronger conclusion, making safeguards, monitoring, stop conditions and revision part of proceeding under uncertainty. The first paper locates the boundary; the second develops the discipline for working with it.</w:t>
      </w:r>
    </w:p>
    <w:p w:rsidR="005C59FF" w:rsidRDefault="00000000">
      <w:pPr>
        <w:pStyle w:val="Heading1"/>
      </w:pPr>
      <w:r>
        <w:t xml:space="preserve">6. What You Need to Grant – and What You Do Not</w:t>
      </w:r>
    </w:p>
    <w:p w:rsidR="005C59FF" w:rsidRDefault="00000000">
      <w:r>
        <w:t xml:space="preserve">The invitation is to examine whether claims can be made more accountable by specifying their support, purpose, limits and correction conditions. Strong evidence remains strong. A well-founded conclusion need not be weakened merely because it leaves other questions open.</w:t>
      </w:r>
    </w:p>
    <w:p w:rsidR="005C59FF" w:rsidRDefault="00000000">
      <w:r>
        <w:t xml:space="preserve">This does not require treating all views as equal, assigning numerical probabilities to every unknown, or projecting conscious doubt onto a cell or instrument. Nor must action wait for complete understanding. Its justification must fit the particular action and its consequences; proceeding does not erase what remains unresolved.</w:t>
      </w:r>
    </w:p>
    <w:p w:rsidR="005C59FF" w:rsidRDefault="00000000">
      <w:pPr>
        <w:pStyle w:val="Heading1"/>
      </w:pPr>
      <w:r>
        <w:t xml:space="preserve">7. Where to Attack It</w:t>
      </w:r>
    </w:p>
    <w:p w:rsidR="005C59FF" w:rsidRDefault="00000000">
      <w:r>
        <w:t xml:space="preserve">Consider a hypothetical detector whose retained response could be produced by either of two chemical inputs. Compare the inputs under matched measurement conditions. If the records remain indistinguishable, the detector may register a change without identifying which input caused it. A source-specific conclusion would exceed what that record preserves.</w:t>
      </w:r>
    </w:p>
    <w:p w:rsidR="005C59FF" w:rsidRDefault="00000000">
      <w:r>
        <w:t xml:space="preserve">A second measurement could help only if its realised pathway supplies the missing distinction. Describing a possible test does not mean that the evidence is available. If independent evidence separates the inputs, the account must update; it cannot preserve uncertainty by ignoring the discriminator that resolves it.</w:t>
      </w:r>
    </w:p>
    <w:p w:rsidR="005C59FF" w:rsidRDefault="00000000">
      <w:r>
        <w:t xml:space="preserve">A connected control system might still pause a process under a separately justified protective threshold. That response would need limits, monitoring and a condition for resuming or revising it. The pause itself would not prove the source. This is a proposed comparison, not a reported experiment.</w:t>
      </w:r>
    </w:p>
    <w:p w:rsidR="005C59FF" w:rsidRDefault="00000000">
      <w:r>
        <w:t xml:space="preserve">Attack the framework where its distinctions do no work. Does the unresolved identity actually block the stronger claim? Can the permitted action and its stopping conditions be recovered? Does contrary evidence change the formulation? If uncertainty is recorded but cannot constrain or revise anything, the promised accounting has not been provided.</w:t>
      </w:r>
    </w:p>
    <w:p w:rsidR="005C59FF" w:rsidRDefault="00000000">
      <w:pPr>
        <w:pStyle w:val="Heading1"/>
        <w:pageBreakBefore/>
        <w:spacing w:before="0"/>
      </w:pPr>
      <w:r>
        <w:t xml:space="preserve">8. If the Architecture Holds</w:t>
      </w:r>
    </w:p>
    <w:p w:rsidR="005C59FF" w:rsidRDefault="00000000">
      <w:r>
        <w:t xml:space="preserve">If this discipline survives scrutiny, it could make our conclusions more useful by making their strength and limits recoverable. We could carry a well-supported account forward without erasing the questions it leaves open, and preserve why a decision was justified at the time without rewriting that decision as certainty afterwards.</w:t>
      </w:r>
    </w:p>
    <w:p w:rsidR="005C59FF" w:rsidRDefault="00000000">
      <w:r>
        <w:t xml:space="preserve">The same requirement matters for intelligent machines. Grounding their language must include preserving the difference between an answer produced, a claim supported and a question resolved. More fluent or extensive output cannot by itself supply a missing evidential pathway. The proposed gain is an empirical, auditable account of what the system can establish and what would require it to change.</w:t>
      </w:r>
    </w:p>
    <w:p w:rsidR="005C59FF" w:rsidRDefault="00000000">
      <w:r>
        <w:t xml:space="preserve">This makes the unknown an operating condition to be handled explicitly. Some limits call for further observation, some for revised methods, some for constrained action, and some for suspension. The later Parts examine power, responsibility and trust on that foundation. These two papers begin by asking how a finite system can continue while remaining answerable to what it has not established.</w:t>
      </w:r>
    </w:p>
    <w:p w:rsidR="005C59FF" w:rsidRDefault="00000000">
      <w:pPr>
        <w:pStyle w:val="SourceNoteHeading"/>
      </w:pPr>
      <w:r>
        <w:t xml:space="preserve">Canonical source note</w:t>
      </w:r>
    </w:p>
    <w:p w:rsidR="005C59FF" w:rsidRDefault="00000000">
      <w:r>
        <w:t xml:space="preserve">Canonical basis: The Gödel Horizon (GOT-V1-3a-1), Issue 1, and The Discipline of the Unknown (GOT-V1-3a-2), Issue 1. Their definitions, qualifications, formal dependencies and evidence govern this introduction. The detector example is illustrative.</w:t>
      </w:r>
    </w:p>
    <w:p w:rsidR="005C59FF" w:rsidRDefault="00000000">
      <w:r>
        <w:t xml:space="preserve">Prepared under GOT-SD-PRELUDE-01, Issue 2, with the Part 3 Issue 1 concept map, glossary, guardrail register and bibliography/relation register as secondary checks. The book supplies wider orientation; the issued Part 1, Part 2a and Part 2b preludes supply the presentation precedent.</w:t>
      </w:r>
    </w:p>
    <w:p>
      <w:pPr>
        <w:sectPr>
          <w:headerReference w:type="default" r:id="rId22"/>
          <w:footerReference w:type="default" r:id="rId23"/>
          <w:pgSz w:w="12240" w:h="15840"/>
          <w:pgMar w:top="1440" w:right="1440" w:bottom="1440" w:left="1440" w:header="720" w:footer="720" w:gutter="0"/>
          <w:cols w:space="720"/>
          <w:docGrid w:linePitch="360"/>
          <w:pgNumType w:start="1"/>
        </w:sectPr>
      </w:pPr>
    </w:p>
    <w:p w:rsidR="005C59FF" w:rsidRDefault="00000000">
      <w:pPr>
        <w:pStyle w:val="DocumentIdentifier"/>
      </w:pPr>
      <w:r>
        <w:t xml:space="preserve">GOT-V1-3b-0</w:t>
      </w:r>
    </w:p>
    <w:p w:rsidR="005C59FF" w:rsidRDefault="00000000">
      <w:pPr>
        <w:pStyle w:val="Title"/>
      </w:pPr>
      <w:r>
        <w:t xml:space="preserve">0. Part 3b: Prelude</w:t>
      </w:r>
    </w:p>
    <w:p w:rsidR="005C59FF" w:rsidRDefault="00000000">
      <w:pPr>
        <w:pStyle w:val="Subtitle"/>
      </w:pPr>
      <w:r>
        <w:t xml:space="preserve">Power, Responsibility, and Trust</w:t>
      </w:r>
    </w:p>
    <w:p w:rsidR="005C59FF" w:rsidRDefault="00000000">
      <w:pPr>
        <w:pStyle w:val="PreludeOrientation"/>
      </w:pPr>
      <w:r>
        <w:t xml:space="preserve">Reader introduction • Non-canonical. The Part 3b papers govern technical definitions, arguments and evidence.</w:t>
      </w:r>
    </w:p>
    <w:p w:rsidR="005C59FF" w:rsidRDefault="00000000">
      <w:pPr>
        <w:pStyle w:val="Heading1"/>
      </w:pPr>
      <w:r>
        <w:t xml:space="preserve">1. If This Were Possible</w:t>
      </w:r>
    </w:p>
    <w:p w:rsidR="005C59FF" w:rsidRDefault="00000000">
      <w:pPr>
        <w:keepNext/>
      </w:pPr>
      <w:r>
        <w:rPr>
          <w:b/>
        </w:rPr>
        <w:t xml:space="preserve">What if we could benefit from systems beyond our individual understanding while keeping a recoverable account of how they shape our lives?</w:t>
      </w:r>
    </w:p>
    <w:p w:rsidR="005C59FF" w:rsidRDefault="00000000">
      <w:r>
        <w:t xml:space="preserve">We depend on knowledge, decisions and work performed elsewhere. That dependence enables cooperation, specialisation and capabilities no individual could reproduce. We use instruments we did not build, records we did not create and judgements whose supporting work we cannot continually repeat.</w:t>
      </w:r>
    </w:p>
    <w:p w:rsidR="005C59FF" w:rsidRDefault="00000000">
      <w:r>
        <w:t xml:space="preserve">Part 3a asked how we can proceed without complete understanding. Part 3b takes that predicament into a shared world. The people who shape an outcome, those who rely on the process and those who bear its consequences may be different people. A decision that saves work in one place can create exposure in another.</w:t>
      </w:r>
    </w:p>
    <w:p w:rsidR="005C59FF" w:rsidRDefault="00000000">
      <w:r>
        <w:t xml:space="preserve">We propose to examine this dependence through three grounded relations: Power, Responsibility and Trust. If their conditions can be located and tested, we could preserve the benefits of reliance while making its consequences more open to examination and correction.</w:t>
      </w:r>
    </w:p>
    <w:p w:rsidR="005C59FF" w:rsidRDefault="00000000">
      <w:pPr>
        <w:pStyle w:val="Heading1"/>
      </w:pPr>
      <w:r>
        <w:t xml:space="preserve">2. Why This Is Difficult</w:t>
      </w:r>
    </w:p>
    <w:p w:rsidR="005C59FF" w:rsidRDefault="00000000">
      <w:r>
        <w:t xml:space="preserve">A decision may reach us as a finished answer. Behind it lie observations, classifications, retained records, rules and actions performed at different times by different systems. The person who delivers the result may have contributed only one transformation in that history. The person affected may see almost none of it.</w:t>
      </w:r>
    </w:p>
    <w:p w:rsidR="005C59FF" w:rsidRDefault="00000000">
      <w:r>
        <w:t xml:space="preserve">Our language can close the account too early. The operator was responsible. The institution has authority. The system is trusted. Such statements can allocate work and make coordination possible. Yet they can also let a familiar name stand in for an unexamined pathway. A role becomes mistaken for a causal contribution; an established reputation carries reliance into a use it has never supported.</w:t>
      </w:r>
    </w:p>
    <w:p w:rsidR="005C59FF" w:rsidRDefault="00000000">
      <w:r>
        <w:t xml:space="preserve">Trust compounds the difficulty because it saves us work precisely by allowing some checking to remain in the background. We need that economy. We also need to recover its grounds when conditions change or the consequences become more demanding.</w:t>
      </w:r>
    </w:p>
    <w:p w:rsidR="005C59FF" w:rsidRDefault="00000000">
      <w:pPr>
        <w:pStyle w:val="Heading1"/>
        <w:pageBreakBefore/>
        <w:spacing w:before="0"/>
      </w:pPr>
      <w:r>
        <w:t xml:space="preserve">3. What We Propose</w:t>
      </w:r>
    </w:p>
    <w:p w:rsidR="005C59FF" w:rsidRDefault="00000000">
      <w:r>
        <w:t xml:space="preserve">General Organisation Theory and The Epistemic Method propose to give these load-bearing words distinct, inspectable functions. Each directs attention to a different question about the organised relations through which information becomes consequential.</w:t>
      </w:r>
    </w:p>
    <w:p w:rsidR="005C59FF" w:rsidRDefault="00000000">
      <w:r>
        <w:t xml:space="preserve">Power concerns the physically supported potential to make what happens next differ through organised discrimination. A system may possess that capacity before using it. Its effect can be small or probabilistic; the question is whether the distinction can change the downstream relation under meaningful comparison.</w:t>
      </w:r>
    </w:p>
    <w:p w:rsidR="005C59FF" w:rsidRDefault="00000000">
      <w:r>
        <w:t xml:space="preserve">Responsibility concerns which consequential relations can be attributed to that organisation under the conditions that existed. It follows the operations that made distinctions matter. A contribution may be an applied rule or a maintained condition that changes another system's available options, where the relevant dependence can be demonstrated.</w:t>
      </w:r>
    </w:p>
    <w:p w:rsidR="005C59FF" w:rsidRDefault="00000000">
      <w:r>
        <w:t xml:space="preserve">Trust concerns treating a relation as dependable enough for a particular use while uncertainty remains. It reduces the need to repeat earlier checking. Audit re-examines whether the relation still supports that reliance and must be capable of changing what follows.</w:t>
      </w:r>
    </w:p>
    <w:p w:rsidR="005C59FF" w:rsidRDefault="00000000">
      <w:r>
        <w:t xml:space="preserve">These are empirical, testable and substrate-agnostic proposals. Their scope comes from the relation demonstrated in each case. A switching circuit, a cell and an institution require different investigations; a shared language makes those investigations comparable without making their capacities equivalent.</w:t>
      </w:r>
    </w:p>
    <w:p w:rsidR="005C59FF" w:rsidRDefault="00000000">
      <w:pPr>
        <w:pStyle w:val="Heading1"/>
      </w:pPr>
      <w:r>
        <w:t xml:space="preserve">4. What This Part Inherits</w:t>
      </w:r>
    </w:p>
    <w:p w:rsidR="005C59FF" w:rsidRDefault="00000000">
      <w:r>
        <w:t xml:space="preserve">Part 1 supplies Non-Trivial Computation: the system's organisation makes what happens next depend on a distinction. Part 2a grounds the physical pathways through which signals abstract causal history into available relation. Part 2b distinguishes registration, retention and application. Part 3a disciplines the conclusions and actions that finite access can support.</w:t>
      </w:r>
    </w:p>
    <w:p w:rsidR="005C59FF" w:rsidRDefault="00000000">
      <w:r>
        <w:t xml:space="preserve">Part 3b inherits this architecture and its comparison requirements. A retained classification can shape a later decision long after its original circumstances have disappeared from view. Tracing its contribution means recovering how it remained operative, what later systems did with it and which limits or correction conditions survived.</w:t>
      </w:r>
    </w:p>
    <w:p w:rsidR="005C59FF" w:rsidRDefault="00000000">
      <w:pPr>
        <w:pStyle w:val="Heading1"/>
        <w:pageBreakBefore/>
        <w:spacing w:before="0"/>
      </w:pPr>
      <w:r>
        <w:t xml:space="preserve">5. Why Three Papers</w:t>
      </w:r>
    </w:p>
    <w:p w:rsidR="005C59FF" w:rsidRDefault="00000000">
      <w:r>
        <w:rPr>
          <w:b/>
        </w:rPr>
        <w:t xml:space="preserve">On the Origin of Power</w:t>
      </w:r>
      <w:r>
        <w:t xml:space="preserve"> establishes capacity before its exercise. It restricts the relevant alternatives to those physically supported by the system's organisation. A small discriminating event can redirect much larger flows of available energy. The paper separates this potential from its application, its resulting consequence and stronger claims about control or success.</w:t>
      </w:r>
    </w:p>
    <w:p w:rsidR="005C59FF" w:rsidRDefault="00000000">
      <w:r>
        <w:rPr>
          <w:b/>
        </w:rPr>
        <w:t xml:space="preserve">On the Origin of Responsibility</w:t>
      </w:r>
      <w:r>
        <w:t xml:space="preserve"> follows attributable contributions through the consequential pathway. Responsibility Provenance records where organised distinctions did that work. It can extend across systems and time without becoming one quantity divided among everyone involved. A later transformation does not erase an earlier contribution, and an earlier contribution does not absorb every subsequent use.</w:t>
      </w:r>
    </w:p>
    <w:p w:rsidR="005C59FF" w:rsidRDefault="00000000">
      <w:r>
        <w:rPr>
          <w:b/>
        </w:rPr>
        <w:t xml:space="preserve">On the Origin of Trust</w:t>
      </w:r>
      <w:r>
        <w:t xml:space="preserve"> explains how finite systems proceed without reopening every dependency. It develops reliance on work performed elsewhere, the people and records that carry it, and the conditions for renewed scrutiny. It also asks how reliance becomes overextended and what must change for damaged trust to become justified again.</w:t>
      </w:r>
    </w:p>
    <w:p w:rsidR="005C59FF" w:rsidRDefault="00000000">
      <w:pPr>
        <w:pStyle w:val="Heading1"/>
      </w:pPr>
      <w:r>
        <w:t xml:space="preserve">6. What You Need to Grant – and What You Do Not</w:t>
      </w:r>
    </w:p>
    <w:p w:rsidR="005C59FF" w:rsidRDefault="00000000">
      <w:r>
        <w:t xml:space="preserve">The invitation is to examine these relations before asking them to carry richer judgements. A circuit need not deserve blame to have an attributable switching function. Human duties can legitimately extend beyond direct causal contribution; assigning a duty does not establish the causal history. These primitives leave further political, moral and legal questions to their own arguments.</w:t>
      </w:r>
    </w:p>
    <w:p w:rsidR="005C59FF" w:rsidRDefault="00000000">
      <w:r>
        <w:t xml:space="preserve">Nor does the framework demand suspicion of every expert. Demonstrated competence can justify preferential reliance for a particular question, provided its strength survives the path by which it reaches us. Permission to decide remains a separate matter. Attribution must also respect what was available at the time, including warnings and correction routes that actually existed.</w:t>
      </w:r>
    </w:p>
    <w:p w:rsidR="005C59FF" w:rsidRDefault="00000000">
      <w:pPr>
        <w:pStyle w:val="Heading1"/>
        <w:pageBreakBefore/>
        <w:spacing w:before="0"/>
      </w:pPr>
      <w:r>
        <w:t xml:space="preserve">7. Where to Attack It</w:t>
      </w:r>
    </w:p>
    <w:p w:rsidR="005C59FF" w:rsidRDefault="00000000">
      <w:r>
        <w:t xml:space="preserve">Consider a proposed temperature sensor and heating controller. Vary temperature around the switching threshold, then bypass the sensing pathway while preserving the power supply, switching hardware and other relevant conditions. Test whether the output's dependence on temperature changes. Simply breaking the heater would not isolate the claimed discrimination.</w:t>
      </w:r>
    </w:p>
    <w:p w:rsidR="005C59FF" w:rsidRDefault="00000000">
      <w:r>
        <w:t xml:space="preserve">Trace the sensor reading, retained calibration and switching rule separately. Which transformation changes the output under comparison? The final relay does not automatically contain the whole contribution, and the calibration's existence does not prove that it mattered. Attribution must follow the dependence actually recovered.</w:t>
      </w:r>
    </w:p>
    <w:p w:rsidR="005C59FF" w:rsidRDefault="00000000">
      <w:r>
        <w:t xml:space="preserve">Now examine reliance on that calibration between checks, within a stated operating range and tolerance. Introduce a detectable offset and compare the reading with an independent reference. Can the discrepancy reopen checking and restrict output or trigger recalibration? A logged warning that changes nothing does not demonstrate the promised correction function.</w:t>
      </w:r>
    </w:p>
    <w:p w:rsidR="005C59FF" w:rsidRDefault="00000000">
      <w:r>
        <w:t xml:space="preserve">This is an illustrative comparison, not a reported experiment. Attack the framework where its distinctions fail to constrain the account: potential that cannot change the outcome, attribution unsupported by comparison, or supposedly calibrated reliance that persists after its own stopping condition is met. Each claim must remain vulnerable to the evidence relevant to it.</w:t>
      </w:r>
    </w:p>
    <w:p w:rsidR="005C59FF" w:rsidRDefault="00000000">
      <w:pPr>
        <w:pStyle w:val="Heading1"/>
      </w:pPr>
      <w:r>
        <w:t xml:space="preserve">8. If the Architecture Holds</w:t>
      </w:r>
    </w:p>
    <w:p w:rsidR="005C59FF" w:rsidRDefault="00000000">
      <w:r>
        <w:t xml:space="preserve">If these relations survive scrutiny, they could make our dependence on complex systems more accountable. We could distinguish who shaped an outcome from who was assigned a duty, and preserve justified reliance while exposing the conditions under which it should narrow or stop.</w:t>
      </w:r>
    </w:p>
    <w:p w:rsidR="005C59FF" w:rsidRDefault="00000000">
      <w:r>
        <w:t xml:space="preserve">For intelligent machines, grounding language must extend into the pathways through which outputs direct action. A classification can close an option; a retained score can shape a later decision. The affected person may never have chosen to trust the system. An auditable account must therefore preserve the grounds of reliance and the exposure of those who bear its consequences.</w:t>
      </w:r>
    </w:p>
    <w:p w:rsidR="005C59FF" w:rsidRDefault="00000000">
      <w:r>
        <w:t xml:space="preserve">The three papers establish the proposed relations. Part 3c then examines how their conditions can remain recoverable as records, categories and outputs travel and become authoritative. The human question remains: when our systems act on information we have chosen to trust, who bears what remains unresolved, and how can they challenge it?</w:t>
      </w:r>
    </w:p>
    <w:p w:rsidR="005C59FF" w:rsidRDefault="00000000">
      <w:pPr>
        <w:pStyle w:val="SourceNoteHeading"/>
      </w:pPr>
      <w:r>
        <w:t xml:space="preserve">Canonical source note</w:t>
      </w:r>
    </w:p>
    <w:p w:rsidR="005C59FF" w:rsidRDefault="00000000">
      <w:r>
        <w:t xml:space="preserve">Canonical basis: On the Origin of Power (GOT-V1-3b-3), On the Origin of Responsibility (GOT-V1-3b-4), and On the Origin of Trust (GOT-V1-3b-5), all Issue 1. Their definitions, qualifications and evidence govern this introduction. The controller example is illustrative.</w:t>
      </w:r>
    </w:p>
    <w:p w:rsidR="005C59FF" w:rsidRDefault="00000000">
      <w:r>
        <w:t xml:space="preserve">Prepared under GOT-SD-PRELUDE-01, Issue 2, with the Part 3 Issue 1 concept map, glossary, guardrail register and bibliography/relation register as secondary checks. The book supplies wider orientation; the issued preludes supply the presentation precedent.</w:t>
      </w:r>
    </w:p>
    <w:p>
      <w:pPr>
        <w:sectPr>
          <w:headerReference w:type="default" r:id="rId24"/>
          <w:footerReference w:type="default" r:id="rId25"/>
          <w:pgSz w:w="12240" w:h="15840"/>
          <w:pgMar w:top="1440" w:right="1440" w:bottom="1440" w:left="1440" w:header="720" w:footer="720" w:gutter="0"/>
          <w:cols w:space="720"/>
          <w:docGrid w:linePitch="360"/>
          <w:pgNumType w:start="1"/>
        </w:sectPr>
      </w:pPr>
    </w:p>
    <w:p w:rsidR="005C59FF" w:rsidRDefault="00000000">
      <w:pPr>
        <w:pStyle w:val="DocumentIdentifier"/>
      </w:pPr>
      <w:r>
        <w:t xml:space="preserve">GOT-V1-3c-0</w:t>
      </w:r>
    </w:p>
    <w:p w:rsidR="005C59FF" w:rsidRDefault="00000000">
      <w:pPr>
        <w:pStyle w:val="Title"/>
      </w:pPr>
      <w:r>
        <w:t xml:space="preserve">0. Part 3c: Prelude</w:t>
      </w:r>
    </w:p>
    <w:p w:rsidR="005C59FF" w:rsidRDefault="00000000">
      <w:pPr>
        <w:pStyle w:val="Subtitle"/>
      </w:pPr>
      <w:r>
        <w:t xml:space="preserve">The Epistemic Method</w:t>
      </w:r>
    </w:p>
    <w:p w:rsidR="005C59FF" w:rsidRDefault="00000000">
      <w:pPr>
        <w:pStyle w:val="PreludeOrientation"/>
      </w:pPr>
      <w:r>
        <w:t xml:space="preserve">Reader introduction • Non-canonical. The Part 3c papers govern technical definitions, arguments and evidence.</w:t>
      </w:r>
    </w:p>
    <w:p w:rsidR="005C59FF" w:rsidRDefault="00000000">
      <w:pPr>
        <w:pStyle w:val="Heading1"/>
      </w:pPr>
      <w:r>
        <w:t xml:space="preserve">1. A Change in the Work</w:t>
      </w:r>
    </w:p>
    <w:p w:rsidR="005C59FF" w:rsidRDefault="00000000">
      <w:r>
        <w:rPr>
          <w:b/>
        </w:rPr>
        <w:t xml:space="preserve">At this point, the nature of the papers changes.</w:t>
      </w:r>
      <w:r>
        <w:t xml:space="preserve"> Up to the end of Part 3b, the work has developed concepts, applied them through demonstrations and examined their boundaries through edge cases. Where application required more than conceptual explanation, it has supplied processes and extended technical measuring tools, giving the proposed investigations explicit conditions and means of assessment.</w:t>
      </w:r>
    </w:p>
    <w:p w:rsidR="005C59FF" w:rsidRDefault="00000000">
      <w:r>
        <w:t xml:space="preserve">Part 3c begins from a conditional conclusion: if this work constitutes a functioning first version of The Epistemic Method (TEM), the responsibilities that follow must be acknowledged from the outset.</w:t>
      </w:r>
    </w:p>
    <w:p w:rsidR="005C59FF" w:rsidRDefault="00000000">
      <w:r>
        <w:t xml:space="preserve">Grounding Knowledge, Intelligence, Observation, the Unknown, Power, Responsibility and Trust would have consequences for the world in which these words operate. They help determine whose account is accepted, whose decisions carry authority and who bears what follows. Making their grounds measurable and auditable changes what can legitimately be claimed through them.</w:t>
      </w:r>
    </w:p>
    <w:p w:rsidR="005C59FF" w:rsidRDefault="00000000">
      <w:r>
        <w:t xml:space="preserve">Recognition of these implications preceded the formalisation and governance proposals presented here. Those proposals give practical expression to responsibilities already recognised. This part begins by acknowledging their gravity, including the responsibility of those proposing the framework.</w:t>
      </w:r>
    </w:p>
    <w:p w:rsidR="005C59FF" w:rsidRDefault="00000000">
      <w:pPr>
        <w:pStyle w:val="Heading1"/>
      </w:pPr>
      <w:r>
        <w:t xml:space="preserve">2. A World That Is Not Built This Way</w:t>
      </w:r>
    </w:p>
    <w:p w:rsidR="005C59FF" w:rsidRDefault="00000000">
      <w:r>
        <w:t xml:space="preserve">Our world is not consistently organised around preserving the grounds of consequential decisions. A decision may arrive as an explanation, a classification or an official record while the uncertainty, alternatives and judgement behind it have become difficult to recover.</w:t>
      </w:r>
    </w:p>
    <w:p w:rsidR="005C59FF" w:rsidRDefault="00000000">
      <w:r>
        <w:t xml:space="preserve">This leaves room for an account to become cleaner than the circumstances it describes. A provisional judgement becomes an established fact. A warning disappears from the explanation. Responsibility settles on the person who delivered the outcome while other contributions remain unexamined.</w:t>
      </w:r>
    </w:p>
    <w:p w:rsidR="005C59FF" w:rsidRDefault="00000000">
      <w:r>
        <w:t xml:space="preserve">Where the relevant relations can be recovered and tested, a preferred narrative must answer to more than its own plausibility. The question becomes what was available, what was done with it and what difference that made. Taking this seriously could disturb familiar ways of protecting decisions, distributing responsibility and maintaining authority.</w:t>
      </w:r>
    </w:p>
    <w:p w:rsidR="005C59FF" w:rsidRDefault="00000000">
      <w:pPr>
        <w:pStyle w:val="Heading1"/>
        <w:pageBreakBefore/>
        <w:spacing w:before="0"/>
      </w:pPr>
      <w:r>
        <w:t xml:space="preserve">3. Agency and Claimed Ignorance</w:t>
      </w:r>
    </w:p>
    <w:p w:rsidR="005C59FF" w:rsidRDefault="00000000">
      <w:r>
        <w:t xml:space="preserve">We retain the ability to choose. We can disagree about priorities, accept risks and act before every uncertainty is resolved. Greater accuracy constrains the account we can honestly give of those choices.</w:t>
      </w:r>
    </w:p>
    <w:p w:rsidR="005C59FF" w:rsidRDefault="00000000">
      <w:r>
        <w:t xml:space="preserve">Genuine ignorance remains possible. Knowledge discovered later cannot simply be assigned to an earlier decision-maker. But where a relevant warning, alternative or correction route was available or recoverable under the conditions of the decision, a subsequent claim of ignorance must answer to that history.</w:t>
      </w:r>
    </w:p>
    <w:p w:rsidR="005C59FF" w:rsidRDefault="00000000">
      <w:r>
        <w:t xml:space="preserve">The same applies to residual: what remains unresolved after our present understanding has done its work. Once a relevant limit is available, proceeding despite it and proceeding without access to it are different situations. The limit belongs in the account of what followed.</w:t>
      </w:r>
    </w:p>
    <w:p w:rsidR="005C59FF" w:rsidRDefault="00000000">
      <w:r>
        <w:t xml:space="preserve">We may still judge that action is necessary. We must then preserve why it was justified, what uncertainty remained, who was exposed and what would require reconsideration. Our agency continues; the room to narrate away its known conditions diminishes.</w:t>
      </w:r>
    </w:p>
    <w:p w:rsidR="005C59FF" w:rsidRDefault="00000000">
      <w:pPr>
        <w:pStyle w:val="Heading1"/>
      </w:pPr>
      <w:r>
        <w:t xml:space="preserve">4. What This Part Inherits</w:t>
      </w:r>
    </w:p>
    <w:p w:rsidR="005C59FF" w:rsidRDefault="00000000">
      <w:r>
        <w:t xml:space="preserve">The earlier parts provide the basis for this demand. Part 1 examines how organisation makes consequences depend on distinctions. Part 2a grounds the pathways through which signals preserve and abstract causal history into available relation. Part 2b distinguishes registration, retention and application. Part 3a addresses finite understanding and the unknown; Part 3b develops Power, Responsibility and Trust.</w:t>
      </w:r>
    </w:p>
    <w:p w:rsidR="005C59FF" w:rsidRDefault="00000000">
      <w:r>
        <w:t xml:space="preserve">Part 3c inherits those concepts, their procedures and their limits. Together, they propose ways to examine how information becomes consequential and how reliance on it can be justified. The task here is to acknowledge and govern what follows when those capacities become usable.</w:t>
      </w:r>
    </w:p>
    <w:p w:rsidR="005C59FF" w:rsidRDefault="00000000">
      <w:pPr>
        <w:pStyle w:val="Heading1"/>
        <w:pageBreakBefore/>
        <w:spacing w:before="0"/>
      </w:pPr>
      <w:r>
        <w:t xml:space="preserve">5. Why Three Papers Follow</w:t>
      </w:r>
    </w:p>
    <w:p w:rsidR="005C59FF" w:rsidRDefault="00000000">
      <w:r>
        <w:rPr>
          <w:b/>
        </w:rPr>
        <w:t xml:space="preserve">The Case for Formalisation</w:t>
      </w:r>
      <w:r>
        <w:t xml:space="preserve"> asks what must remain recoverable when language becomes consequential. A claim may travel through records, institutions and machines, gaining authority while losing the conditions that supported it. Formalisation preserves enough of those conditions for its use to remain examinable, with a burden proportionate to consequence.</w:t>
      </w:r>
    </w:p>
    <w:p w:rsidR="005C59FF" w:rsidRDefault="00000000">
      <w:r>
        <w:rPr>
          <w:b/>
        </w:rPr>
        <w:t xml:space="preserve">The Constitutional Governance of Formalisation</w:t>
      </w:r>
      <w:r>
        <w:t xml:space="preserve"> addresses the responsibility created when the method itself becomes something others rely upon. Its authors, custodians and institutional users must remain open to challenge. The paper proposes how formulations can remain stable enough for use while preserving correction, dissent and comparison with alternatives.</w:t>
      </w:r>
    </w:p>
    <w:p w:rsidR="005C59FF" w:rsidRDefault="00000000">
      <w:r>
        <w:rPr>
          <w:b/>
        </w:rPr>
        <w:t xml:space="preserve">The Epistemic Method</w:t>
      </w:r>
      <w:r>
        <w:t xml:space="preserve"> consolidates the inherited architecture into a common discipline for examining claims and reliance under finite conditions. It connects what an account can support with the uses to which it may reasonably be put, retaining uncertainty, safeguards and conditions for revision.</w:t>
      </w:r>
    </w:p>
    <w:p w:rsidR="005C59FF" w:rsidRDefault="00000000">
      <w:pPr>
        <w:pStyle w:val="Heading1"/>
      </w:pPr>
      <w:r>
        <w:t xml:space="preserve">6. Responsibility for the Framework</w:t>
      </w:r>
    </w:p>
    <w:p w:rsidR="005C59FF" w:rsidRDefault="00000000">
      <w:r>
        <w:t xml:space="preserve">We acknowledge responsibility for the formulations of TEM and for our attributable contribution to their downstream consequences. The definitions we propose, the scope we claim, the limitations we preserve and the correction routes we make available can all shape what others subsequently do.</w:t>
      </w:r>
    </w:p>
    <w:p w:rsidR="005C59FF" w:rsidRDefault="00000000">
      <w:r>
        <w:t xml:space="preserve">That responsibility requires us to examine how our work enters consequential pathways, including where its language or authority helps sustain an error. A failure cannot be dismissed as misuse without examining whether the formulation, its presentation or its governance contributed to it. The framework must remain capable of exposing a burden on its own authors.</w:t>
      </w:r>
    </w:p>
    <w:p w:rsidR="005C59FF" w:rsidRDefault="00000000">
      <w:r>
        <w:t xml:space="preserve">Attribution must also remain proportionate to the relations demonstrated. An upstream contribution does not absorb every later decision, and a later decision does not erase its upstream conditions. Causal contribution and the allocation of moral, legal or institutional duties require distinct grounds. Measurement does not turn them into a universal blame score.</w:t>
      </w:r>
    </w:p>
    <w:p w:rsidR="005C59FF" w:rsidRDefault="00000000">
      <w:r>
        <w:t xml:space="preserve">The responsibility to expose unsupported excuses carries an equal responsibility to avoid unsupported accusations. Both demands apply to the work presented here.</w:t>
      </w:r>
    </w:p>
    <w:p w:rsidR="005C59FF" w:rsidRDefault="00000000">
      <w:pPr>
        <w:pStyle w:val="Heading1"/>
        <w:pageBreakBefore/>
        <w:spacing w:before="0"/>
      </w:pPr>
      <w:r>
        <w:t xml:space="preserve">7. What the Framework Must Be Able to Face</w:t>
      </w:r>
    </w:p>
    <w:p w:rsidR="005C59FF" w:rsidRDefault="00000000">
      <w:r>
        <w:t xml:space="preserve">These commitments require empirical examination. Consider two decision histories with the same adverse outcome. In one, the relevant warning was unavailable under the conditions in which the decision was made. In the other, it was registered, a corrective response was available and the warning was disregarded.</w:t>
      </w:r>
    </w:p>
    <w:p w:rsidR="005C59FF" w:rsidRDefault="00000000">
      <w:r>
        <w:t xml:space="preserve">An audit must be able to recover that difference without treating the shared outcome as proof of equal responsibility. It must also examine whether the available response could materially have changed the consequential pathway. The presence of a warning alone does not complete the attribution.</w:t>
      </w:r>
    </w:p>
    <w:p w:rsidR="005C59FF" w:rsidRDefault="00000000">
      <w:r>
        <w:t xml:space="preserve">This is an illustrative comparison. It states a burden the framework must meet: distinguish histories that matter, preserve uncertainty where recovery fails and resist attributing more than the evidence supports.</w:t>
      </w:r>
    </w:p>
    <w:p w:rsidR="005C59FF" w:rsidRDefault="00000000">
      <w:r>
        <w:t xml:space="preserve">The same examination must reach TEM itself. If a completed audit conceals a known limitation, excludes relevant evidence or prevents a demonstrated failure from changing the account, completion cannot defend it. Correction must reach the implementation, the formulation or its proposed governing principles wherever the failure is located.</w:t>
      </w:r>
    </w:p>
    <w:p w:rsidR="005C59FF" w:rsidRDefault="00000000">
      <w:pPr>
        <w:pStyle w:val="Heading1"/>
      </w:pPr>
      <w:r>
        <w:t xml:space="preserve">8. The Obligation That Follows</w:t>
      </w:r>
    </w:p>
    <w:p w:rsidR="005C59FF" w:rsidRDefault="00000000">
      <w:r>
        <w:t xml:space="preserve">TEM proposes an empirical, testable system for managing substrate-agnostic information processing. Its common basis is the recoverable relation through which distinctions become available and consequential, whether carried by biological, technical or institutional systems. Each application must establish its own grounds.</w:t>
      </w:r>
    </w:p>
    <w:p w:rsidR="005C59FF" w:rsidRDefault="00000000">
      <w:r>
        <w:t xml:space="preserve">If this first version works as proposed, its consequences extend beyond better descriptions. It could make decisions, reliance and responsibility more open to examination, while making the omission of available uncertainty harder to defend. Intelligent machines increase the reach of this problem wherever language and retained records become instructions, classifications and action.</w:t>
      </w:r>
    </w:p>
    <w:p w:rsidR="005C59FF" w:rsidRDefault="00000000">
      <w:r>
        <w:t xml:space="preserve">Finite observation remains our condition. Choice, disagreement and error remain possible. What changes is the obligation to carry forward what we can establish, account for what we leave unresolved and respond when the grounds of our action fail.</w:t>
      </w:r>
    </w:p>
    <w:p w:rsidR="005C59FF" w:rsidRDefault="00000000">
      <w:r>
        <w:t xml:space="preserve">The authors of this framework accept that obligation as part of proposing it. The papers that follow set out how it is to remain open to examination and correction.</w:t>
      </w:r>
    </w:p>
    <w:p w:rsidR="005C59FF" w:rsidRDefault="00000000">
      <w:pPr>
        <w:pStyle w:val="SourceNoteHeading"/>
      </w:pPr>
      <w:r>
        <w:t xml:space="preserve">Canonical source note</w:t>
      </w:r>
    </w:p>
    <w:p w:rsidR="005C59FF" w:rsidRDefault="00000000">
      <w:r>
        <w:t xml:space="preserve">Canonical basis: The Case for Formalisation (GOT-V1-3c-6), The Constitutional Governance of Formalisation (GOT-V1-3c-7) and The Epistemic Method (GOT-V1-3c-8), all Issue 1. Attribution also follows On the Origin of Responsibility (GOT-V1-3b-4), Issue 1.</w:t>
      </w:r>
    </w:p>
    <w:p w:rsidR="005C59FF" w:rsidRDefault="00000000">
      <w:r>
        <w:t xml:space="preserve">Prepared under GOT-SD-PRELUDE-01, Issue 2, with the Part 3 Issue 1 support documents as secondary checks. The book and issued preludes supply orientation and editorial continuity; the author supplies the account of the work's development. The decision comparison is illustrative.</w:t>
      </w:r>
    </w:p>
    <w:sectPr w:rsidR="005C59FF" w:rsidSect="00034616">
      <w:headerReference w:type="default" r:id="rId26"/>
      <w:footerReference w:type="default" r:id="rId27"/>
      <w:pgSz w:w="12240" w:h="15840"/>
      <w:pgMar w:top="1440" w:right="1440" w:bottom="1440" w:left="1440" w:header="720" w:footer="720" w:gutter="0"/>
      <w:cols w:space="720"/>
      <w:docGrid w:linePitch="360"/>
      <w:pgNumType w:start="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0F79" w14:textId="77777777" w:rsidR="004B76CB" w:rsidRDefault="004B76CB">
      <w:pPr>
        <w:spacing w:after="0" w:line="240" w:lineRule="auto"/>
      </w:pPr>
      <w:r>
        <w:separator/>
      </w:r>
    </w:p>
  </w:endnote>
  <w:endnote w:type="continuationSeparator" w:id="0">
    <w:p w14:paraId="127609E5" w14:textId="77777777" w:rsidR="004B76CB" w:rsidRDefault="004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CD8" w14:textId="77777777" w:rsidR="005C59FF" w:rsidRDefault="005C5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0895" w14:textId="77777777" w:rsidR="005C59FF" w:rsidRDefault="005C59FF">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3B74B57B" w14:textId="77777777" w:rsidR="005C59FF" w:rsidRDefault="00000000">
    <w:pPr>
      <w:pStyle w:val="Footer"/>
      <w:jc w:val="right"/>
    </w:pPr>
    <w:r>
      <w:t xml:space="preserve">GOT-V1-1-0 | Draft 3 | </w:t>
    </w:r>
    <w:r>
      <w:fldChar w:fldCharType="begin"/>
    </w:r>
    <w:r>
      <w:instrText xml:space="preserve"> PAGE </w:instrText>
    </w:r>
    <w:r w:rsidR="001C5DC4">
      <w:fldChar w:fldCharType="separate"/>
    </w:r>
    <w:r w:rsidR="001C5DC4">
      <w:rPr>
        <w:noProof/>
      </w:rPr>
      <w:t>1</w:t>
    </w:r>
    <w:r>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3B74B57B" w14:textId="77777777" w:rsidR="005C59FF" w:rsidRDefault="00000000">
    <w:pPr>
      <w:pStyle w:val="Footer"/>
      <w:jc w:val="right"/>
    </w:pPr>
    <w:r>
      <w:t xml:space="preserve">GOT-V1-2a-0 | Issue 1 | </w:t>
    </w:r>
    <w:r>
      <w:fldChar w:fldCharType="begin"/>
    </w:r>
    <w:r>
      <w:instrText xml:space="preserve"> PAGE </w:instrText>
    </w:r>
    <w:r w:rsidR="001C5DC4">
      <w:fldChar w:fldCharType="separate"/>
    </w:r>
    <w:r w:rsidR="001C5DC4">
      <w:rPr>
        <w:noProof/>
      </w:rPr>
      <w:t>1</w:t>
    </w:r>
    <w:r>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3B74B57B" w14:textId="77777777" w:rsidR="005C59FF" w:rsidRDefault="00000000">
    <w:pPr>
      <w:pStyle w:val="Footer"/>
      <w:jc w:val="right"/>
    </w:pPr>
    <w:r>
      <w:t xml:space="preserve">GOT-V1-2b-0 | Issue 1 | </w:t>
    </w:r>
    <w:r>
      <w:fldChar w:fldCharType="begin"/>
    </w:r>
    <w:r>
      <w:instrText xml:space="preserve"> PAGE </w:instrText>
    </w:r>
    <w:r w:rsidR="001C5DC4">
      <w:fldChar w:fldCharType="separate"/>
    </w:r>
    <w:r w:rsidR="001C5DC4">
      <w:rPr>
        <w:noProof/>
      </w:rPr>
      <w:t>1</w:t>
    </w:r>
    <w:r>
      <w:fldChar w:fldCharType="end"/>
    </w:r>
  </w:p>
</w:ftr>
</file>

<file path=word/footer7.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3B74B57B" w14:textId="77777777" w:rsidR="005C59FF" w:rsidRDefault="00000000">
    <w:pPr>
      <w:pStyle w:val="Footer"/>
      <w:jc w:val="right"/>
    </w:pPr>
    <w:r>
      <w:t xml:space="preserve">GOT-V1-3a-0 | Issue 1 | </w:t>
    </w:r>
    <w:r>
      <w:fldChar w:fldCharType="begin"/>
    </w:r>
    <w:r>
      <w:instrText xml:space="preserve"> PAGE </w:instrText>
    </w:r>
    <w:r w:rsidR="001C5DC4">
      <w:fldChar w:fldCharType="separate"/>
    </w:r>
    <w:r w:rsidR="001C5DC4">
      <w:rPr>
        <w:noProof/>
      </w:rPr>
      <w:t>1</w:t>
    </w:r>
    <w:r>
      <w:fldChar w:fldCharType="end"/>
    </w:r>
  </w:p>
</w:ftr>
</file>

<file path=word/footer8.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3B74B57B" w14:textId="77777777" w:rsidR="005C59FF" w:rsidRDefault="00000000">
    <w:pPr>
      <w:pStyle w:val="Footer"/>
      <w:jc w:val="right"/>
    </w:pPr>
    <w:r>
      <w:t xml:space="preserve">GOT-V1-3b-0 | Issue 1 | </w:t>
    </w:r>
    <w:r>
      <w:fldChar w:fldCharType="begin"/>
    </w:r>
    <w:r>
      <w:instrText xml:space="preserve"> PAGE </w:instrText>
    </w:r>
    <w:r w:rsidR="001C5DC4">
      <w:fldChar w:fldCharType="separate"/>
    </w:r>
    <w:r w:rsidR="001C5DC4">
      <w:rPr>
        <w:noProof/>
      </w:rPr>
      <w:t>1</w:t>
    </w:r>
    <w:r>
      <w:fldChar w:fldCharType="end"/>
    </w:r>
  </w:p>
</w:ftr>
</file>

<file path=word/footer9.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3B74B57B" w14:textId="77777777" w:rsidR="005C59FF" w:rsidRDefault="00000000">
    <w:pPr>
      <w:pStyle w:val="Footer"/>
      <w:jc w:val="right"/>
    </w:pPr>
    <w:r>
      <w:t xml:space="preserve">GOT-V1-3c-0 | Issue 1 | </w:t>
    </w:r>
    <w:r>
      <w:fldChar w:fldCharType="begin"/>
    </w:r>
    <w:r>
      <w:instrText xml:space="preserve"> PAGE </w:instrText>
    </w:r>
    <w:r w:rsidR="001C5DC4">
      <w:fldChar w:fldCharType="separate"/>
    </w:r>
    <w:r w:rsidR="001C5DC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D5BF" w14:textId="77777777" w:rsidR="004B76CB" w:rsidRDefault="004B76CB">
      <w:pPr>
        <w:spacing w:after="0" w:line="240" w:lineRule="auto"/>
      </w:pPr>
      <w:r>
        <w:separator/>
      </w:r>
    </w:p>
  </w:footnote>
  <w:footnote w:type="continuationSeparator" w:id="0">
    <w:p w14:paraId="4B12DD17" w14:textId="77777777" w:rsidR="004B76CB" w:rsidRDefault="004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F27C" w14:textId="77777777" w:rsidR="005C59FF" w:rsidRDefault="005C5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CD08" w14:textId="77777777" w:rsidR="005C59FF" w:rsidRDefault="005C59FF">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5468118E" w14:textId="77777777" w:rsidR="005C59FF" w:rsidRDefault="00000000">
    <w:pPr>
      <w:pStyle w:val="DocumentIdentifier"/>
      <w:jc w:val="right"/>
      <w:rPr>
        <w:sz w:val="18"/>
        <w:szCs w:val="18"/>
      </w:rPr>
    </w:pPr>
    <w:r>
      <w:rPr>
        <w:sz w:val="18"/>
        <w:szCs w:val="18"/>
      </w:rPr>
      <w:t>General Organisation Theory | Part 1: On the Origin of Life | Prelude</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5468118E" w14:textId="77777777" w:rsidR="005C59FF" w:rsidRDefault="00000000">
    <w:pPr>
      <w:pStyle w:val="DocumentIdentifier"/>
      <w:jc w:val="right"/>
      <w:rPr>
        <w:sz w:val="18"/>
        <w:szCs w:val="18"/>
      </w:rPr>
    </w:pPr>
    <w:r>
      <w:rPr>
        <w:sz w:val="18"/>
        <w:szCs w:val="18"/>
      </w:rPr>
      <w:t>General Organisation Theory | Part 2a: Informational Architecture | Prelude</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5468118E" w14:textId="77777777" w:rsidR="005C59FF" w:rsidRDefault="00000000">
    <w:pPr>
      <w:pStyle w:val="DocumentIdentifier"/>
      <w:jc w:val="right"/>
      <w:rPr>
        <w:sz w:val="18"/>
        <w:szCs w:val="18"/>
      </w:rPr>
    </w:pPr>
    <w:r>
      <w:rPr>
        <w:sz w:val="18"/>
        <w:szCs w:val="18"/>
      </w:rPr>
      <w:t>General Organisation Theory | Part 2b: Knowledge, Intelligence, and Observation | Prelude</w:t>
    </w:r>
  </w:p>
</w:hdr>
</file>

<file path=word/header7.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5468118E" w14:textId="77777777" w:rsidR="005C59FF" w:rsidRDefault="00000000">
    <w:pPr>
      <w:pStyle w:val="DocumentIdentifier"/>
      <w:jc w:val="right"/>
      <w:rPr>
        <w:sz w:val="18"/>
        <w:szCs w:val="18"/>
      </w:rPr>
    </w:pPr>
    <w:r>
      <w:rPr>
        <w:sz w:val="18"/>
        <w:szCs w:val="18"/>
      </w:rPr>
      <w:t>General Organisation Theory | Part 3a: Horizon and Unknown Discipline | Prelude</w:t>
    </w:r>
  </w:p>
</w:hdr>
</file>

<file path=word/header8.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5468118E" w14:textId="77777777" w:rsidR="005C59FF" w:rsidRDefault="00000000">
    <w:pPr>
      <w:pStyle w:val="DocumentIdentifier"/>
      <w:jc w:val="right"/>
      <w:rPr>
        <w:sz w:val="18"/>
        <w:szCs w:val="18"/>
      </w:rPr>
    </w:pPr>
    <w:r>
      <w:rPr>
        <w:sz w:val="18"/>
        <w:szCs w:val="18"/>
      </w:rPr>
      <w:t>General Organisation Theory | Part 3b: Power, Responsibility, and Trust | Prelude</w:t>
    </w:r>
  </w:p>
</w:hdr>
</file>

<file path=word/header9.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14:paraId="5468118E" w14:textId="77777777" w:rsidR="005C59FF" w:rsidRDefault="00000000">
    <w:pPr>
      <w:pStyle w:val="DocumentIdentifier"/>
      <w:jc w:val="right"/>
      <w:rPr>
        <w:sz w:val="18"/>
        <w:szCs w:val="18"/>
      </w:rPr>
    </w:pPr>
    <w:r>
      <w:rPr>
        <w:sz w:val="18"/>
        <w:szCs w:val="18"/>
      </w:rPr>
      <w:t>General Organisation Theory | Part 3c: The Epistemic Method | Prelude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rPr>
        <w:rFonts w:ascii="Arial" w:eastAsia="Arial" w:hAnsi="Arial" w:cs="Arial"/>
        <w:sz w:val="22"/>
        <w:szCs w:val="22"/>
      </w:r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rPr>
        <w:rFonts w:ascii="Arial" w:eastAsia="Arial" w:hAnsi="Arial" w:cs="Arial"/>
        <w:sz w:val="22"/>
        <w:szCs w:val="22"/>
      </w:r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rPr>
        <w:rFonts w:ascii="Arial" w:eastAsia="Arial" w:hAnsi="Arial" w:cs="Arial"/>
        <w:sz w:val="22"/>
        <w:szCs w:val="22"/>
      </w:r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rPr>
        <w:rFonts w:ascii="Arial" w:eastAsia="Arial" w:hAnsi="Arial" w:cs="Arial"/>
        <w:sz w:val="22"/>
        <w:szCs w:val="22"/>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rPr>
        <w:rFonts w:ascii="Arial" w:eastAsia="Arial" w:hAnsi="Arial" w:cs="Arial"/>
        <w:sz w:val="22"/>
        <w:szCs w:val="22"/>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50375">
    <w:abstractNumId w:val="8"/>
  </w:num>
  <w:num w:numId="2" w16cid:durableId="472449119">
    <w:abstractNumId w:val="6"/>
  </w:num>
  <w:num w:numId="3" w16cid:durableId="347144723">
    <w:abstractNumId w:val="5"/>
  </w:num>
  <w:num w:numId="4" w16cid:durableId="1690445381">
    <w:abstractNumId w:val="4"/>
  </w:num>
  <w:num w:numId="5" w16cid:durableId="2128623454">
    <w:abstractNumId w:val="7"/>
  </w:num>
  <w:num w:numId="6" w16cid:durableId="1649477305">
    <w:abstractNumId w:val="3"/>
  </w:num>
  <w:num w:numId="7" w16cid:durableId="1577592314">
    <w:abstractNumId w:val="2"/>
  </w:num>
  <w:num w:numId="8" w16cid:durableId="1219055688">
    <w:abstractNumId w:val="1"/>
  </w:num>
  <w:num w:numId="9" w16cid:durableId="15733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DC4"/>
    <w:rsid w:val="0029639D"/>
    <w:rsid w:val="00326F90"/>
    <w:rsid w:val="004B76CB"/>
    <w:rsid w:val="005C59FF"/>
    <w:rsid w:val="00A231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A2914"/>
  <w14:defaultImageDpi w14:val="300"/>
  <w15:docId w15:val="{57E8EF96-C161-4C46-AA9B-680C1C4B4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320" w:after="120"/>
      <w:outlineLvl w:val="0"/>
    </w:pPr>
    <w:rPr>
      <w:b/>
      <w:bCs/>
      <w:color w:val="365F91" w:themeColor="accent1" w:themeShade="BF"/>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8"/>
      <w:szCs w:val="18"/>
    </w:r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b/>
      <w:color w:val="17365D" w:themeColor="text2" w:themeShade="BF"/>
      <w:spacing w:val="5"/>
      <w:kern w:val="28"/>
      <w:sz w:val="40"/>
      <w:szCs w:val="40"/>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i/>
      <w:iCs/>
      <w:color w:val="4F81BD" w:themeColor="accent1"/>
      <w:spacing w:val="15"/>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Identifier">
    <w:name w:val="Document Identifier"/>
    <w:pPr>
      <w:spacing w:after="40"/>
    </w:pPr>
    <w:rPr>
      <w:rFonts w:ascii="Arial" w:eastAsia="Arial" w:hAnsi="Arial" w:cs="Arial"/>
      <w:b/>
    </w:rPr>
  </w:style>
  <w:style w:type="paragraph" w:customStyle="1" w:styleId="OrientationNote">
    <w:name w:val="Orientation Note"/>
    <w:pPr>
      <w:spacing w:after="0"/>
    </w:pPr>
    <w:rPr>
      <w:rFonts w:ascii="Arial" w:eastAsia="Arial" w:hAnsi="Arial" w:cs="Arial"/>
      <w:i/>
      <w:sz w:val="21"/>
    </w:rPr>
  </w:style>
  <w:style w:type="paragraph" w:customStyle="1" w:styleId="SourceNoteHeading">
    <w:name w:val="Source Note Heading"/>
    <w:pPr>
      <w:keepNext/>
      <w:keepLines/>
      <w:spacing w:before="280" w:after="80"/>
    </w:pPr>
    <w:rPr>
      <w:rFonts w:ascii="Arial" w:eastAsia="Arial" w:hAnsi="Arial" w:cs="Arial"/>
      <w:b/>
    </w:rPr>
  </w:style>
  <w:style w:type="paragraph" w:customStyle="1" w:styleId="GOTSupportSpacer">
    <w:name w:val="GOT Support Spacer"/>
    <w:basedOn w:val="Normal"/>
    <w:pPr>
      <w:keepNext/>
      <w:spacing w:after="0" w:line="240" w:lineRule="auto"/>
    </w:pPr>
  </w:style>
  <w:style w:type="paragraph" w:customStyle="1" w:styleId="PreludeTableText">
    <w:name w:val="Prelude Table Text"/>
    <w:basedOn w:val="Normal"/>
    <w:pPr>
      <w:keepLines/>
      <w:spacing w:after="0" w:line="240" w:lineRule="auto"/>
    </w:pPr>
    <w:rPr>
      <w:sz w:val="20"/>
    </w:rPr>
  </w:style>
  <w:style w:type="paragraph" w:customStyle="1" w:styleId="PreludeTableCaption">
    <w:name w:val="Prelude Table Caption"/>
    <w:basedOn w:val="Normal"/>
    <w:pPr>
      <w:keepNext/>
      <w:keepLines/>
      <w:spacing w:after="120" w:line="240" w:lineRule="auto"/>
    </w:pPr>
  </w:style>
  <w:style w:type="paragraph" w:customStyle="1" w:styleId="PreludeComparison">
    <w:name w:val="Prelude Comparison"/>
    <w:basedOn w:val="Normal"/>
    <w:pPr>
      <w:keepLines/>
      <w:spacing w:after="0" w:line="240" w:lineRule="auto"/>
    </w:pPr>
    <w:rPr>
      <w:sz w:val="20"/>
    </w:rPr>
  </w:style>
  <w:style w:type="paragraph" w:customStyle="1" w:styleId="PreludeOrientation">
    <w:name w:val="Prelude Orientation"/>
    <w:basedOn w:val="Normal"/>
    <w:pPr>
      <w:spacing w:after="40" w:line="240" w:lineRule="auto"/>
    </w:pPr>
    <w:rPr>
      <w:color w:val="5555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header" Target="header6.xml"/><Relationship Id="rId21" Type="http://schemas.openxmlformats.org/officeDocument/2006/relationships/footer" Target="footer6.xml"/><Relationship Id="rId22" Type="http://schemas.openxmlformats.org/officeDocument/2006/relationships/header" Target="header7.xml"/><Relationship Id="rId23" Type="http://schemas.openxmlformats.org/officeDocument/2006/relationships/footer" Target="footer7.xml"/><Relationship Id="rId24" Type="http://schemas.openxmlformats.org/officeDocument/2006/relationships/header" Target="header8.xml"/><Relationship Id="rId25" Type="http://schemas.openxmlformats.org/officeDocument/2006/relationships/footer" Target="footer8.xml"/><Relationship Id="rId26" Type="http://schemas.openxmlformats.org/officeDocument/2006/relationships/header" Target="header9.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1387</Words>
  <Characters>7912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Organisation Theory — Master Series Prelude</dc:title>
  <dc:subject>Compilation of Part 1, Part 2a, Part 2b, Part 3a, Part 3b, and Part 3c preludes</dc:subject>
  <dc:creator>python-docx</dc:creator>
  <cp:keywords>General Organisation Theory, GOT, Master Series Prelude</cp:keywords>
  <dc:description>Draft 3. Reader-facing rewrite derived from the supplied Part 1 papers and exploratory comparison. Non-canonical.</dc:description>
  <cp:lastModifiedBy>Pat Pullara</cp:lastModifiedBy>
  <cp:revision>4</cp:revision>
  <dcterms:created xsi:type="dcterms:W3CDTF">2013-12-23T23:15:00Z</dcterms:created>
  <dcterms:modified xsi:type="dcterms:W3CDTF">2026-09-23T08:47:00Z</dcterms:modified>
  <cp:category/>
</cp:coreProperties>
</file>